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CA32" w14:textId="77777777" w:rsidR="00DF78DF" w:rsidRDefault="009020B7">
      <w:pPr>
        <w:spacing w:after="20"/>
        <w:jc w:val="center"/>
      </w:pPr>
      <w:r>
        <w:rPr>
          <w:b/>
          <w:sz w:val="26"/>
        </w:rPr>
        <w:t>STÁTNÍ PLAVEBNÍ SPRÁVA</w:t>
      </w:r>
    </w:p>
    <w:p w14:paraId="504FC83D" w14:textId="77777777" w:rsidR="00DF78DF" w:rsidRDefault="009020B7">
      <w:pPr>
        <w:spacing w:after="20"/>
        <w:jc w:val="center"/>
      </w:pPr>
      <w:r>
        <w:rPr>
          <w:b/>
          <w:sz w:val="30"/>
        </w:rPr>
        <w:t>PŘIHLÁŠKA DO VÝBĚROVÉHO ŘÍZENÍ</w:t>
      </w:r>
    </w:p>
    <w:p w14:paraId="7B675543" w14:textId="77777777" w:rsidR="00640BD5" w:rsidRDefault="00640BD5">
      <w:pPr>
        <w:spacing w:after="100"/>
        <w:jc w:val="center"/>
      </w:pPr>
    </w:p>
    <w:p w14:paraId="64C1EBE2" w14:textId="77777777" w:rsidR="00DF78DF" w:rsidRDefault="009020B7">
      <w:pPr>
        <w:keepNext/>
        <w:spacing w:before="140"/>
      </w:pPr>
      <w:r>
        <w:rPr>
          <w:b/>
          <w:sz w:val="21"/>
        </w:rPr>
        <w:t>I. Údaje o uchazeči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669"/>
      </w:tblGrid>
      <w:tr w:rsidR="00DF78DF" w14:paraId="2D578C3B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32C24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1. Jméno, popřípadě jména a příjmení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168A1" w14:textId="77777777" w:rsidR="00DF78DF" w:rsidRDefault="009020B7">
            <w:pPr>
              <w:spacing w:after="0"/>
            </w:pPr>
            <w:r>
              <w:rPr>
                <w:sz w:val="18"/>
              </w:rPr>
              <w:t>Vyplňte jméno a příjmení</w:t>
            </w:r>
          </w:p>
        </w:tc>
      </w:tr>
      <w:tr w:rsidR="00DF78DF" w14:paraId="16B774D9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B7F90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2. Datum narození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97FC4" w14:textId="77777777" w:rsidR="00DF78DF" w:rsidRDefault="009020B7">
            <w:pPr>
              <w:spacing w:after="0"/>
            </w:pPr>
            <w:r>
              <w:rPr>
                <w:sz w:val="18"/>
              </w:rPr>
              <w:t>DD. MM. RRRR</w:t>
            </w:r>
          </w:p>
        </w:tc>
      </w:tr>
      <w:tr w:rsidR="00DF78DF" w14:paraId="2C6752EF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A58DD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3. Státní občanství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FDA53" w14:textId="77777777" w:rsidR="00DF78DF" w:rsidRDefault="009020B7">
            <w:pPr>
              <w:spacing w:after="0"/>
            </w:pPr>
            <w:r>
              <w:rPr>
                <w:sz w:val="18"/>
              </w:rPr>
              <w:t>Vyplňte státní občanství</w:t>
            </w:r>
          </w:p>
        </w:tc>
      </w:tr>
      <w:tr w:rsidR="00DF78DF" w14:paraId="1B81E0BF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557D2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4. Adresa pobytu / bydliště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6D83A" w14:textId="77777777" w:rsidR="00DF78DF" w:rsidRDefault="009020B7">
            <w:pPr>
              <w:spacing w:after="0"/>
            </w:pPr>
            <w:r>
              <w:rPr>
                <w:sz w:val="18"/>
              </w:rPr>
              <w:t xml:space="preserve">Ulice a číslo popisné/orientační; PSČ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obec; stát (při bydlišti mimo ČR)</w:t>
            </w:r>
          </w:p>
        </w:tc>
      </w:tr>
    </w:tbl>
    <w:p w14:paraId="6097B14A" w14:textId="77777777" w:rsidR="00DF78DF" w:rsidRDefault="00DF78DF">
      <w:pPr>
        <w:spacing w:after="0"/>
      </w:pPr>
    </w:p>
    <w:p w14:paraId="36793CAC" w14:textId="77777777" w:rsidR="00DF78DF" w:rsidRDefault="009020B7">
      <w:pPr>
        <w:keepNext/>
        <w:spacing w:before="140"/>
      </w:pPr>
      <w:r>
        <w:rPr>
          <w:b/>
          <w:sz w:val="21"/>
        </w:rPr>
        <w:t>II. Kontaktní údaje pro doručování písemností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669"/>
      </w:tblGrid>
      <w:tr w:rsidR="00DF78DF" w14:paraId="7C12955F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975B0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5. Zvolený způsob doručování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4CDA9" w14:textId="77777777" w:rsidR="00DF78DF" w:rsidRDefault="009020B7">
            <w:pPr>
              <w:spacing w:after="0"/>
            </w:pPr>
            <w:r>
              <w:rPr>
                <w:sz w:val="18"/>
              </w:rPr>
              <w:t>☐ Datová schránka       ☐ Elektronická pošta</w:t>
            </w:r>
          </w:p>
        </w:tc>
      </w:tr>
      <w:tr w:rsidR="00DF78DF" w14:paraId="41CDBD18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95A90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ID datové schránky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44CA9" w14:textId="77777777" w:rsidR="00DF78DF" w:rsidRDefault="009020B7">
            <w:pPr>
              <w:spacing w:after="0"/>
            </w:pPr>
            <w:r>
              <w:rPr>
                <w:sz w:val="18"/>
              </w:rPr>
              <w:t>Vyplňte, pokud jste zvolili datovou schránku</w:t>
            </w:r>
          </w:p>
        </w:tc>
      </w:tr>
      <w:tr w:rsidR="00DF78DF" w14:paraId="7A9248EC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C296C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E-mailová adresa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DD6B1" w14:textId="77777777" w:rsidR="00DF78DF" w:rsidRDefault="009020B7">
            <w:pPr>
              <w:spacing w:after="0"/>
            </w:pPr>
            <w:r>
              <w:rPr>
                <w:sz w:val="18"/>
              </w:rPr>
              <w:t>Vyplňte, pokud jste zvolili elektronickou poštu</w:t>
            </w:r>
          </w:p>
        </w:tc>
      </w:tr>
    </w:tbl>
    <w:p w14:paraId="5904730E" w14:textId="77777777" w:rsidR="00DF78DF" w:rsidRDefault="00DF78DF">
      <w:pPr>
        <w:spacing w:after="0"/>
      </w:pPr>
    </w:p>
    <w:p w14:paraId="1ABEBA87" w14:textId="77777777" w:rsidR="00DF78DF" w:rsidRDefault="009020B7">
      <w:pPr>
        <w:keepNext/>
        <w:spacing w:before="140"/>
      </w:pPr>
      <w:r>
        <w:rPr>
          <w:b/>
          <w:sz w:val="21"/>
        </w:rPr>
        <w:t>III. Označení pracovního místa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669"/>
      </w:tblGrid>
      <w:tr w:rsidR="00DF78DF" w14:paraId="51E186DA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689BD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6. Pracovní místo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ED014" w14:textId="77777777" w:rsidR="00DF78DF" w:rsidRDefault="009020B7">
            <w:pPr>
              <w:spacing w:after="0"/>
            </w:pPr>
            <w:r>
              <w:rPr>
                <w:sz w:val="18"/>
              </w:rPr>
              <w:t>Referent dokladů osob v oddělení plavebních dokladů, Státní plavební správa</w:t>
            </w:r>
          </w:p>
        </w:tc>
      </w:tr>
    </w:tbl>
    <w:p w14:paraId="53FF2F23" w14:textId="77777777" w:rsidR="00DF78DF" w:rsidRDefault="00DF78DF">
      <w:pPr>
        <w:spacing w:after="0"/>
      </w:pPr>
    </w:p>
    <w:p w14:paraId="7FC038AA" w14:textId="77777777" w:rsidR="00DF78DF" w:rsidRDefault="009020B7">
      <w:pPr>
        <w:keepNext/>
        <w:spacing w:before="140"/>
      </w:pPr>
      <w:r>
        <w:rPr>
          <w:b/>
          <w:sz w:val="21"/>
        </w:rPr>
        <w:t>IV. Prohlášení o splnění předpokladů pro výkon práce státního zaměstnance</w:t>
      </w:r>
    </w:p>
    <w:p w14:paraId="0C4AC1A1" w14:textId="77777777" w:rsidR="00DF78DF" w:rsidRDefault="009020B7">
      <w:r>
        <w:t>Zaškrtnutím jednotlivých polí potvrzuji, že splňuji ostatní předpoklady pro výkon práce státního zaměstnance podle § 18 zákona č. 195/2026 Sb., o právních poměrech státních zaměstnanců v ministerstvech a jiných správních úřadech: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DF78DF" w14:paraId="462CB8BA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2AF2F84F" w14:textId="23AE0E3E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>☐ jsem státním občanem České republiky</w:t>
            </w:r>
          </w:p>
        </w:tc>
      </w:tr>
      <w:tr w:rsidR="00DF78DF" w14:paraId="6BF89C4B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3CB7A318" w14:textId="77777777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>☐ dosáhl/a jsem věku 18 let;</w:t>
            </w:r>
          </w:p>
        </w:tc>
      </w:tr>
      <w:tr w:rsidR="00DF78DF" w14:paraId="3F420A94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3B90DB83" w14:textId="77777777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>☐ jsem plně svéprávný/á;</w:t>
            </w:r>
          </w:p>
        </w:tc>
      </w:tr>
      <w:tr w:rsidR="00DF78DF" w14:paraId="0D00C707" w14:textId="77777777" w:rsidTr="00640BD5">
        <w:trPr>
          <w:jc w:val="center"/>
        </w:trPr>
        <w:tc>
          <w:tcPr>
            <w:tcW w:w="10200" w:type="dxa"/>
            <w:tcBorders>
              <w:bottom w:val="single" w:sz="4" w:space="0" w:color="auto"/>
            </w:tcBorders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639CAF5F" w14:textId="77777777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>☐ jsem bezúhonný/á;</w:t>
            </w:r>
          </w:p>
        </w:tc>
      </w:tr>
      <w:tr w:rsidR="00DF78DF" w14:paraId="3972C33E" w14:textId="77777777" w:rsidTr="00640BD5">
        <w:trPr>
          <w:jc w:val="center"/>
        </w:trPr>
        <w:tc>
          <w:tcPr>
            <w:tcW w:w="10200" w:type="dxa"/>
            <w:tcBorders>
              <w:bottom w:val="nil"/>
            </w:tcBorders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71E00027" w14:textId="4BD83C61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 xml:space="preserve">☐ dosáhl/a jsem </w:t>
            </w:r>
            <w:r w:rsidR="00EB2930" w:rsidRPr="00AB622E">
              <w:rPr>
                <w:sz w:val="18"/>
                <w:lang w:val="cs-CZ"/>
              </w:rPr>
              <w:t xml:space="preserve">vyššího odborného vzdělání nebo vzdělání v bakalářském studijním </w:t>
            </w:r>
            <w:r w:rsidR="00A12735" w:rsidRPr="00AB622E">
              <w:rPr>
                <w:sz w:val="18"/>
                <w:lang w:val="cs-CZ"/>
              </w:rPr>
              <w:t>programu</w:t>
            </w:r>
            <w:r w:rsidR="00640BD5">
              <w:rPr>
                <w:sz w:val="18"/>
                <w:lang w:val="cs-CZ"/>
              </w:rPr>
              <w:t>:</w:t>
            </w:r>
            <w:r w:rsidR="00A12735" w:rsidRPr="00AB622E">
              <w:rPr>
                <w:rStyle w:val="Znakapoznpodarou"/>
                <w:sz w:val="18"/>
                <w:lang w:val="cs-CZ"/>
              </w:rPr>
              <w:footnoteReference w:id="1"/>
            </w:r>
          </w:p>
        </w:tc>
      </w:tr>
      <w:tr w:rsidR="00A12735" w14:paraId="6BDD904B" w14:textId="77777777" w:rsidTr="00640BD5">
        <w:trPr>
          <w:jc w:val="center"/>
        </w:trPr>
        <w:tc>
          <w:tcPr>
            <w:tcW w:w="10200" w:type="dxa"/>
            <w:tcBorders>
              <w:top w:val="nil"/>
            </w:tcBorders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1D053561" w14:textId="77777777" w:rsidR="00A12735" w:rsidRPr="00AB622E" w:rsidRDefault="00A12735">
            <w:pPr>
              <w:spacing w:after="0"/>
              <w:rPr>
                <w:sz w:val="18"/>
                <w:lang w:val="cs-CZ"/>
              </w:rPr>
            </w:pPr>
          </w:p>
        </w:tc>
      </w:tr>
      <w:tr w:rsidR="00DF78DF" w14:paraId="0B11CD2C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02B8EABC" w14:textId="77777777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>☐ mám potřebnou zdravotní způsobilost;</w:t>
            </w:r>
          </w:p>
        </w:tc>
      </w:tr>
      <w:tr w:rsidR="00A12735" w14:paraId="05D4D3E5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6FAE1E7F" w14:textId="02A90DD7" w:rsidR="00A12735" w:rsidRPr="00AB622E" w:rsidRDefault="00A12735">
            <w:pPr>
              <w:spacing w:after="0"/>
              <w:rPr>
                <w:b/>
                <w:bCs/>
                <w:sz w:val="18"/>
                <w:lang w:val="cs-CZ"/>
              </w:rPr>
            </w:pPr>
            <w:r w:rsidRPr="00AB622E">
              <w:rPr>
                <w:b/>
                <w:bCs/>
                <w:sz w:val="18"/>
                <w:lang w:val="cs-CZ"/>
              </w:rPr>
              <w:t xml:space="preserve">Vyplňte pouze, nejste-li občanem/občankou </w:t>
            </w:r>
            <w:r w:rsidR="00BC1DC6">
              <w:rPr>
                <w:b/>
                <w:bCs/>
                <w:sz w:val="18"/>
                <w:lang w:val="cs-CZ"/>
              </w:rPr>
              <w:t>Č</w:t>
            </w:r>
            <w:r w:rsidRPr="00AB622E">
              <w:rPr>
                <w:b/>
                <w:bCs/>
                <w:sz w:val="18"/>
                <w:lang w:val="cs-CZ"/>
              </w:rPr>
              <w:t>eské republiky:</w:t>
            </w:r>
          </w:p>
        </w:tc>
      </w:tr>
      <w:tr w:rsidR="00A12735" w14:paraId="590F6086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76634307" w14:textId="446D61EF" w:rsidR="00A12735" w:rsidRPr="00AB622E" w:rsidRDefault="00A12735">
            <w:pPr>
              <w:spacing w:after="0"/>
              <w:rPr>
                <w:sz w:val="18"/>
                <w:lang w:val="cs-CZ"/>
              </w:rPr>
            </w:pPr>
            <w:r w:rsidRPr="00AB622E">
              <w:rPr>
                <w:rFonts w:ascii="Segoe UI Symbol" w:hAnsi="Segoe UI Symbol" w:cs="Segoe UI Symbol"/>
                <w:sz w:val="18"/>
                <w:lang w:val="cs-CZ"/>
              </w:rPr>
              <w:t xml:space="preserve">☐ </w:t>
            </w:r>
            <w:r w:rsidRPr="00AB622E">
              <w:rPr>
                <w:sz w:val="18"/>
                <w:lang w:val="cs-CZ"/>
              </w:rPr>
              <w:t>jsem státním občanem/</w:t>
            </w:r>
            <w:proofErr w:type="spellStart"/>
            <w:r w:rsidRPr="00AB622E">
              <w:rPr>
                <w:sz w:val="18"/>
                <w:lang w:val="cs-CZ"/>
              </w:rPr>
              <w:t>kou</w:t>
            </w:r>
            <w:proofErr w:type="spellEnd"/>
            <w:r w:rsidR="00640BD5">
              <w:rPr>
                <w:rStyle w:val="Znakapoznpodarou"/>
                <w:sz w:val="18"/>
                <w:lang w:val="cs-CZ"/>
              </w:rPr>
              <w:footnoteReference w:id="2"/>
            </w:r>
            <w:r w:rsidRPr="00AB622E">
              <w:rPr>
                <w:sz w:val="18"/>
                <w:lang w:val="cs-CZ"/>
              </w:rPr>
              <w:t>:</w:t>
            </w:r>
          </w:p>
        </w:tc>
      </w:tr>
      <w:tr w:rsidR="00DF78DF" w14:paraId="15A45666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44F8BE2B" w14:textId="35D9CD3D" w:rsidR="00DF78DF" w:rsidRPr="00AB622E" w:rsidRDefault="009020B7">
            <w:pPr>
              <w:spacing w:after="0"/>
              <w:rPr>
                <w:lang w:val="cs-CZ"/>
              </w:rPr>
            </w:pPr>
            <w:r w:rsidRPr="00AB622E">
              <w:rPr>
                <w:sz w:val="18"/>
                <w:lang w:val="cs-CZ"/>
              </w:rPr>
              <w:t>☐ mám potřebnou znalost českého jazyka</w:t>
            </w:r>
          </w:p>
        </w:tc>
      </w:tr>
      <w:tr w:rsidR="00147B41" w14:paraId="5D3F8DFF" w14:textId="77777777">
        <w:trPr>
          <w:jc w:val="center"/>
        </w:trPr>
        <w:tc>
          <w:tcPr>
            <w:tcW w:w="10200" w:type="dxa"/>
            <w:tcMar>
              <w:top w:w="55" w:type="dxa"/>
              <w:left w:w="110" w:type="dxa"/>
              <w:bottom w:w="55" w:type="dxa"/>
              <w:right w:w="100" w:type="dxa"/>
            </w:tcMar>
            <w:vAlign w:val="center"/>
          </w:tcPr>
          <w:p w14:paraId="0F4B77CC" w14:textId="2A84A0E9" w:rsidR="00147B41" w:rsidRPr="00AB622E" w:rsidRDefault="00147B41" w:rsidP="00BC1DC6">
            <w:pPr>
              <w:spacing w:after="0"/>
              <w:jc w:val="both"/>
              <w:rPr>
                <w:sz w:val="18"/>
                <w:lang w:val="cs-CZ"/>
              </w:rPr>
            </w:pPr>
            <w:r w:rsidRPr="00147B41">
              <w:rPr>
                <w:b/>
                <w:sz w:val="18"/>
                <w:lang w:val="cs-CZ"/>
              </w:rPr>
              <w:t>Poučení:</w:t>
            </w:r>
            <w:r w:rsidRPr="00147B41">
              <w:rPr>
                <w:sz w:val="18"/>
                <w:lang w:val="cs-CZ"/>
              </w:rPr>
              <w:t xml:space="preserve"> </w:t>
            </w:r>
            <w:bookmarkStart w:id="0" w:name="_Hlk184285690"/>
            <w:r w:rsidRPr="00147B41">
              <w:rPr>
                <w:sz w:val="18"/>
                <w:lang w:val="cs-CZ"/>
              </w:rPr>
              <w:t xml:space="preserve">Výše uvedená čestná prohlášení nahrazují listiny prokazující splnění předpokladů na </w:t>
            </w:r>
            <w:r>
              <w:rPr>
                <w:sz w:val="18"/>
                <w:lang w:val="cs-CZ"/>
              </w:rPr>
              <w:t>pracovní</w:t>
            </w:r>
            <w:r w:rsidRPr="00147B41">
              <w:rPr>
                <w:sz w:val="18"/>
                <w:lang w:val="cs-CZ"/>
              </w:rPr>
              <w:t xml:space="preserve"> místo </w:t>
            </w:r>
            <w:r w:rsidRPr="00147B41">
              <w:rPr>
                <w:bCs/>
                <w:sz w:val="18"/>
                <w:lang w:val="cs-CZ"/>
              </w:rPr>
              <w:t xml:space="preserve">pouze </w:t>
            </w:r>
            <w:r w:rsidRPr="00147B41">
              <w:rPr>
                <w:sz w:val="18"/>
                <w:lang w:val="cs-CZ"/>
              </w:rPr>
              <w:t>při podání žádosti</w:t>
            </w:r>
            <w:r w:rsidRPr="00147B41">
              <w:rPr>
                <w:bCs/>
                <w:sz w:val="18"/>
                <w:lang w:val="cs-CZ"/>
              </w:rPr>
              <w:t xml:space="preserve">. </w:t>
            </w:r>
            <w:r w:rsidRPr="00147B41">
              <w:rPr>
                <w:b/>
                <w:sz w:val="18"/>
                <w:lang w:val="cs-CZ"/>
              </w:rPr>
              <w:t xml:space="preserve">Jste povinen/na listiny prokazující splnění těchto předpokladů </w:t>
            </w:r>
            <w:r w:rsidRPr="00147B41">
              <w:rPr>
                <w:bCs/>
                <w:sz w:val="18"/>
                <w:lang w:val="cs-CZ"/>
              </w:rPr>
              <w:t xml:space="preserve">(v originále nebo úředně ověřené kopii) </w:t>
            </w:r>
            <w:r w:rsidRPr="00147B41">
              <w:rPr>
                <w:b/>
                <w:sz w:val="18"/>
                <w:lang w:val="cs-CZ"/>
              </w:rPr>
              <w:t>doložit následně nejpozději před konáním pohovoru</w:t>
            </w:r>
            <w:bookmarkEnd w:id="0"/>
            <w:r>
              <w:rPr>
                <w:b/>
                <w:sz w:val="18"/>
                <w:lang w:val="cs-CZ"/>
              </w:rPr>
              <w:t>.</w:t>
            </w:r>
          </w:p>
        </w:tc>
      </w:tr>
    </w:tbl>
    <w:p w14:paraId="5C9348FD" w14:textId="77777777" w:rsidR="00DF78DF" w:rsidRDefault="00DF78DF">
      <w:pPr>
        <w:spacing w:after="0"/>
      </w:pPr>
    </w:p>
    <w:p w14:paraId="19640C1F" w14:textId="77777777" w:rsidR="00DF78DF" w:rsidRDefault="009020B7">
      <w:r>
        <w:br w:type="page"/>
      </w:r>
    </w:p>
    <w:p w14:paraId="2E31BE8E" w14:textId="77777777" w:rsidR="00DF78DF" w:rsidRDefault="009020B7">
      <w:pPr>
        <w:keepNext/>
        <w:spacing w:before="140"/>
      </w:pPr>
      <w:r>
        <w:rPr>
          <w:b/>
          <w:sz w:val="21"/>
        </w:rPr>
        <w:lastRenderedPageBreak/>
        <w:t>V. Seznam příloh</w:t>
      </w:r>
    </w:p>
    <w:p w14:paraId="45681764" w14:textId="77777777" w:rsidR="00DF78DF" w:rsidRDefault="009020B7">
      <w:pPr>
        <w:spacing w:after="40"/>
      </w:pPr>
      <w:r>
        <w:t>K přihlášce přikládám:</w:t>
      </w:r>
    </w:p>
    <w:p w14:paraId="45562DF2" w14:textId="77777777" w:rsidR="00DF78DF" w:rsidRPr="00147B41" w:rsidRDefault="009020B7">
      <w:pPr>
        <w:spacing w:after="20"/>
        <w:ind w:left="198"/>
        <w:rPr>
          <w:lang w:val="cs-CZ"/>
        </w:rPr>
      </w:pPr>
      <w:r w:rsidRPr="00147B41">
        <w:rPr>
          <w:lang w:val="cs-CZ"/>
        </w:rPr>
        <w:t>☐ Profesní životopis v českém jazyce</w:t>
      </w:r>
    </w:p>
    <w:p w14:paraId="439FDCCF" w14:textId="77777777" w:rsidR="00147B41" w:rsidRPr="00147B41" w:rsidRDefault="00147B41" w:rsidP="00147B41">
      <w:pPr>
        <w:spacing w:after="40"/>
        <w:ind w:left="227"/>
        <w:rPr>
          <w:lang w:val="cs-CZ"/>
        </w:rPr>
      </w:pPr>
      <w:r w:rsidRPr="00147B41">
        <w:rPr>
          <w:rFonts w:ascii="Segoe UI Symbol" w:hAnsi="Segoe UI Symbol" w:cs="Segoe UI Symbol"/>
          <w:lang w:val="cs-CZ"/>
        </w:rPr>
        <w:t>☐</w:t>
      </w:r>
      <w:r w:rsidRPr="00147B41">
        <w:rPr>
          <w:lang w:val="cs-CZ"/>
        </w:rPr>
        <w:t xml:space="preserve"> Motivační dopis </w:t>
      </w:r>
    </w:p>
    <w:p w14:paraId="5FE19C61" w14:textId="0B6DBB04" w:rsidR="00147B41" w:rsidRPr="00147B41" w:rsidRDefault="00147B41" w:rsidP="00147B41">
      <w:pPr>
        <w:spacing w:after="40"/>
        <w:ind w:left="227"/>
        <w:rPr>
          <w:lang w:val="cs-CZ"/>
        </w:rPr>
      </w:pPr>
      <w:r w:rsidRPr="00147B41">
        <w:rPr>
          <w:rFonts w:ascii="Segoe UI Symbol" w:hAnsi="Segoe UI Symbol" w:cs="Segoe UI Symbol"/>
          <w:lang w:val="cs-CZ"/>
        </w:rPr>
        <w:t>☐</w:t>
      </w:r>
      <w:r w:rsidRPr="00147B41">
        <w:rPr>
          <w:lang w:val="cs-CZ"/>
        </w:rPr>
        <w:t xml:space="preserve"> </w:t>
      </w:r>
      <w:r w:rsidR="00640BD5">
        <w:rPr>
          <w:lang w:val="cs-CZ"/>
        </w:rPr>
        <w:t>D</w:t>
      </w:r>
      <w:r w:rsidRPr="00147B41">
        <w:rPr>
          <w:lang w:val="cs-CZ"/>
        </w:rPr>
        <w:t>oklad o nejvyšším dosaženém vzdělání</w:t>
      </w:r>
    </w:p>
    <w:p w14:paraId="210E22E1" w14:textId="5BE0A7E1" w:rsidR="00147B41" w:rsidRPr="00147B41" w:rsidRDefault="00147B41" w:rsidP="00BC1DC6">
      <w:pPr>
        <w:spacing w:after="40"/>
        <w:ind w:left="227"/>
        <w:jc w:val="both"/>
        <w:rPr>
          <w:lang w:val="cs-CZ"/>
        </w:rPr>
      </w:pPr>
      <w:r w:rsidRPr="00147B41">
        <w:rPr>
          <w:rFonts w:ascii="Segoe UI Symbol" w:hAnsi="Segoe UI Symbol" w:cs="Segoe UI Symbol"/>
          <w:lang w:val="cs-CZ"/>
        </w:rPr>
        <w:t>☐</w:t>
      </w:r>
      <w:r w:rsidRPr="00147B41">
        <w:rPr>
          <w:lang w:val="cs-CZ"/>
        </w:rPr>
        <w:t xml:space="preserve"> </w:t>
      </w:r>
      <w:r w:rsidR="00640BD5">
        <w:rPr>
          <w:lang w:val="cs-CZ"/>
        </w:rPr>
        <w:t>V</w:t>
      </w:r>
      <w:r w:rsidRPr="00147B41">
        <w:rPr>
          <w:lang w:val="cs-CZ"/>
        </w:rPr>
        <w:t>ýpis z rejstříku trestů státu, jehož jsem státním občanem (nejsem-li státním občanem/státní občankou České republiky)</w:t>
      </w:r>
      <w:r>
        <w:rPr>
          <w:rStyle w:val="Znakapoznpodarou"/>
          <w:lang w:val="cs-CZ"/>
        </w:rPr>
        <w:footnoteReference w:id="3"/>
      </w:r>
    </w:p>
    <w:p w14:paraId="074FD0D7" w14:textId="0F948739" w:rsidR="00DF78DF" w:rsidRDefault="00DF78DF" w:rsidP="00147B41">
      <w:pPr>
        <w:spacing w:after="40"/>
      </w:pPr>
    </w:p>
    <w:p w14:paraId="1C0B7ECE" w14:textId="77777777" w:rsidR="00DF78DF" w:rsidRDefault="009020B7">
      <w:pPr>
        <w:keepNext/>
        <w:spacing w:before="140"/>
      </w:pPr>
      <w:r>
        <w:rPr>
          <w:b/>
          <w:sz w:val="21"/>
        </w:rPr>
        <w:t>VI. Závěrečné prohlášení</w:t>
      </w:r>
    </w:p>
    <w:p w14:paraId="000C6F3E" w14:textId="77777777" w:rsidR="00DF78DF" w:rsidRDefault="009020B7">
      <w:r>
        <w:t>Prohlašuji, že údaje uvedené v této přihlášce jsou pravdivé a úplné.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669"/>
      </w:tblGrid>
      <w:tr w:rsidR="00DF78DF" w14:paraId="769160EB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45F28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Místo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3863B" w14:textId="77777777" w:rsidR="00DF78DF" w:rsidRDefault="009020B7">
            <w:pPr>
              <w:spacing w:after="0"/>
            </w:pPr>
            <w:r>
              <w:rPr>
                <w:sz w:val="18"/>
              </w:rPr>
              <w:t>Vyplňte místo</w:t>
            </w:r>
          </w:p>
        </w:tc>
      </w:tr>
      <w:tr w:rsidR="00DF78DF" w14:paraId="50B3AC6D" w14:textId="77777777">
        <w:trPr>
          <w:jc w:val="center"/>
        </w:trPr>
        <w:tc>
          <w:tcPr>
            <w:tcW w:w="3685" w:type="dxa"/>
            <w:shd w:val="clear" w:color="auto" w:fill="EAF0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00F42" w14:textId="77777777" w:rsidR="00DF78DF" w:rsidRDefault="009020B7">
            <w:pPr>
              <w:spacing w:after="0"/>
            </w:pPr>
            <w:r>
              <w:rPr>
                <w:b/>
                <w:sz w:val="18"/>
              </w:rPr>
              <w:t>Datum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6226E" w14:textId="77777777" w:rsidR="00DF78DF" w:rsidRDefault="009020B7">
            <w:pPr>
              <w:spacing w:after="0"/>
            </w:pPr>
            <w:r>
              <w:rPr>
                <w:sz w:val="18"/>
              </w:rPr>
              <w:t>DD. MM. RRRR</w:t>
            </w:r>
          </w:p>
        </w:tc>
      </w:tr>
    </w:tbl>
    <w:p w14:paraId="17EAC2F8" w14:textId="77777777" w:rsidR="00DF78DF" w:rsidRDefault="00DF78DF">
      <w:pPr>
        <w:spacing w:after="0"/>
      </w:pPr>
    </w:p>
    <w:p w14:paraId="244650C1" w14:textId="77777777" w:rsidR="00DF78DF" w:rsidRDefault="009020B7">
      <w:pPr>
        <w:spacing w:after="80"/>
      </w:pPr>
      <w:r>
        <w:rPr>
          <w:i/>
        </w:rPr>
        <w:t>Podpis uchazeče není vyžadován.</w:t>
      </w:r>
    </w:p>
    <w:p w14:paraId="3894B97B" w14:textId="77777777" w:rsidR="00DF78DF" w:rsidRDefault="009020B7">
      <w:pPr>
        <w:keepNext/>
        <w:spacing w:before="140"/>
      </w:pPr>
      <w:r>
        <w:rPr>
          <w:b/>
          <w:sz w:val="21"/>
        </w:rPr>
        <w:t>Pokyny pro uchazeče</w:t>
      </w:r>
    </w:p>
    <w:p w14:paraId="3C9C7475" w14:textId="77777777" w:rsidR="00DF78DF" w:rsidRPr="002D4A3C" w:rsidRDefault="009020B7" w:rsidP="002D4A3C">
      <w:pPr>
        <w:spacing w:after="40"/>
        <w:ind w:left="198" w:hanging="198"/>
        <w:jc w:val="both"/>
        <w:rPr>
          <w:lang w:val="cs-CZ"/>
        </w:rPr>
      </w:pPr>
      <w:r>
        <w:rPr>
          <w:b/>
        </w:rPr>
        <w:t xml:space="preserve">1. </w:t>
      </w:r>
      <w:r w:rsidRPr="002D4A3C">
        <w:rPr>
          <w:lang w:val="cs-CZ"/>
        </w:rPr>
        <w:t>Přihláška musí být podána v českém jazyce.</w:t>
      </w:r>
    </w:p>
    <w:p w14:paraId="592C7F00" w14:textId="7D951390" w:rsidR="00DF78DF" w:rsidRPr="002D4A3C" w:rsidRDefault="009020B7" w:rsidP="002D4A3C">
      <w:pPr>
        <w:spacing w:after="40"/>
        <w:ind w:left="198" w:hanging="198"/>
        <w:jc w:val="both"/>
        <w:rPr>
          <w:lang w:val="cs-CZ"/>
        </w:rPr>
      </w:pPr>
      <w:r w:rsidRPr="002D4A3C">
        <w:rPr>
          <w:b/>
          <w:lang w:val="cs-CZ"/>
        </w:rPr>
        <w:t xml:space="preserve">2. </w:t>
      </w:r>
      <w:r w:rsidRPr="002D4A3C">
        <w:rPr>
          <w:lang w:val="cs-CZ"/>
        </w:rPr>
        <w:t>Přihlášku lze podat pouze elektronicky prostřednictvím datové schránky, elektronické pošty</w:t>
      </w:r>
      <w:r w:rsidR="002D4A3C">
        <w:rPr>
          <w:lang w:val="cs-CZ"/>
        </w:rPr>
        <w:t>.</w:t>
      </w:r>
    </w:p>
    <w:p w14:paraId="1B10FC51" w14:textId="77777777" w:rsidR="00DF78DF" w:rsidRPr="002D4A3C" w:rsidRDefault="009020B7" w:rsidP="002D4A3C">
      <w:pPr>
        <w:spacing w:after="40"/>
        <w:ind w:left="198" w:hanging="198"/>
        <w:jc w:val="both"/>
        <w:rPr>
          <w:lang w:val="cs-CZ"/>
        </w:rPr>
      </w:pPr>
      <w:r w:rsidRPr="002D4A3C">
        <w:rPr>
          <w:b/>
          <w:lang w:val="cs-CZ"/>
        </w:rPr>
        <w:t xml:space="preserve">3. </w:t>
      </w:r>
      <w:r w:rsidRPr="002D4A3C">
        <w:rPr>
          <w:lang w:val="cs-CZ"/>
        </w:rPr>
        <w:t>K přihlášce uchazeč přiloží profesní životopis v českém jazyce a další písemnosti požadované v oznámení o vyhlášení výběrového řízení.</w:t>
      </w:r>
    </w:p>
    <w:p w14:paraId="75AC76AE" w14:textId="77777777" w:rsidR="00DF78DF" w:rsidRPr="002D4A3C" w:rsidRDefault="009020B7" w:rsidP="002D4A3C">
      <w:pPr>
        <w:spacing w:after="40"/>
        <w:ind w:left="198" w:hanging="198"/>
        <w:jc w:val="both"/>
        <w:rPr>
          <w:lang w:val="cs-CZ"/>
        </w:rPr>
      </w:pPr>
      <w:r w:rsidRPr="002D4A3C">
        <w:rPr>
          <w:b/>
          <w:lang w:val="cs-CZ"/>
        </w:rPr>
        <w:t xml:space="preserve">4. </w:t>
      </w:r>
      <w:r w:rsidRPr="002D4A3C">
        <w:rPr>
          <w:lang w:val="cs-CZ"/>
        </w:rPr>
        <w:t>Uchazeč není povinen přikládat písemnosti, které má správní úřad k dispozici nebo které jsou součástí úřední evidence, k níž má přístup.</w:t>
      </w:r>
    </w:p>
    <w:p w14:paraId="7451E772" w14:textId="77777777" w:rsidR="00DF78DF" w:rsidRPr="002D4A3C" w:rsidRDefault="009020B7" w:rsidP="002D4A3C">
      <w:pPr>
        <w:spacing w:after="40"/>
        <w:ind w:left="198" w:hanging="198"/>
        <w:jc w:val="both"/>
        <w:rPr>
          <w:lang w:val="cs-CZ"/>
        </w:rPr>
      </w:pPr>
      <w:r w:rsidRPr="002D4A3C">
        <w:rPr>
          <w:b/>
          <w:lang w:val="cs-CZ"/>
        </w:rPr>
        <w:t xml:space="preserve">5. </w:t>
      </w:r>
      <w:r w:rsidRPr="002D4A3C">
        <w:rPr>
          <w:lang w:val="cs-CZ"/>
        </w:rPr>
        <w:t>Přiloží-li uchazeč prostou kopii další požadované písemnosti, předloží její originál výběrové komisi nejpozději před zahájením jejího jednání, pokud oznámení o vyhlášení výběrového řízení nestanoví jinak.</w:t>
      </w:r>
    </w:p>
    <w:sectPr w:rsidR="00DF78DF" w:rsidRPr="002D4A3C" w:rsidSect="00034616"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DCA8C" w14:textId="77777777" w:rsidR="005035AA" w:rsidRDefault="005035AA" w:rsidP="00A12735">
      <w:pPr>
        <w:spacing w:after="0" w:line="240" w:lineRule="auto"/>
      </w:pPr>
      <w:r>
        <w:separator/>
      </w:r>
    </w:p>
  </w:endnote>
  <w:endnote w:type="continuationSeparator" w:id="0">
    <w:p w14:paraId="3577362C" w14:textId="77777777" w:rsidR="005035AA" w:rsidRDefault="005035AA" w:rsidP="00A12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FA9A" w14:textId="77777777" w:rsidR="005035AA" w:rsidRDefault="005035AA" w:rsidP="00A12735">
      <w:pPr>
        <w:spacing w:after="0" w:line="240" w:lineRule="auto"/>
      </w:pPr>
      <w:r>
        <w:separator/>
      </w:r>
    </w:p>
  </w:footnote>
  <w:footnote w:type="continuationSeparator" w:id="0">
    <w:p w14:paraId="248DE19B" w14:textId="77777777" w:rsidR="005035AA" w:rsidRDefault="005035AA" w:rsidP="00A12735">
      <w:pPr>
        <w:spacing w:after="0" w:line="240" w:lineRule="auto"/>
      </w:pPr>
      <w:r>
        <w:continuationSeparator/>
      </w:r>
    </w:p>
  </w:footnote>
  <w:footnote w:id="1">
    <w:p w14:paraId="00A692D8" w14:textId="6B6D10E3" w:rsidR="00A12735" w:rsidRPr="00BC1DC6" w:rsidRDefault="00A12735">
      <w:pPr>
        <w:pStyle w:val="Textpoznpodarou"/>
        <w:rPr>
          <w:sz w:val="16"/>
          <w:szCs w:val="16"/>
          <w:lang w:val="cs-CZ"/>
        </w:rPr>
      </w:pPr>
      <w:r w:rsidRPr="00BC1DC6">
        <w:rPr>
          <w:rStyle w:val="Znakapoznpodarou"/>
          <w:sz w:val="16"/>
          <w:szCs w:val="16"/>
        </w:rPr>
        <w:footnoteRef/>
      </w:r>
      <w:r w:rsidRPr="00BC1DC6">
        <w:rPr>
          <w:sz w:val="16"/>
          <w:szCs w:val="16"/>
        </w:rPr>
        <w:t xml:space="preserve"> </w:t>
      </w:r>
      <w:r w:rsidR="00640BD5" w:rsidRPr="00BC1DC6">
        <w:rPr>
          <w:sz w:val="16"/>
          <w:szCs w:val="16"/>
          <w:lang w:val="cs-CZ"/>
        </w:rPr>
        <w:t>U</w:t>
      </w:r>
      <w:r w:rsidR="00AB622E" w:rsidRPr="00BC1DC6">
        <w:rPr>
          <w:sz w:val="16"/>
          <w:szCs w:val="16"/>
          <w:lang w:val="cs-CZ"/>
        </w:rPr>
        <w:t>veďte název školy nebo vysoké školy a název absolvovaného oboru vzdělání nebo studijního programu;</w:t>
      </w:r>
      <w:r w:rsidR="00AB622E" w:rsidRPr="00BC1DC6">
        <w:rPr>
          <w:sz w:val="16"/>
          <w:szCs w:val="16"/>
        </w:rPr>
        <w:t xml:space="preserve"> </w:t>
      </w:r>
    </w:p>
  </w:footnote>
  <w:footnote w:id="2">
    <w:p w14:paraId="3352D90E" w14:textId="2D0E7175" w:rsidR="00640BD5" w:rsidRPr="00640BD5" w:rsidRDefault="00640BD5">
      <w:pPr>
        <w:pStyle w:val="Textpoznpodarou"/>
        <w:rPr>
          <w:lang w:val="cs-CZ"/>
        </w:rPr>
      </w:pPr>
      <w:r w:rsidRPr="00BC1DC6">
        <w:rPr>
          <w:rStyle w:val="Znakapoznpodarou"/>
          <w:sz w:val="16"/>
          <w:szCs w:val="16"/>
        </w:rPr>
        <w:footnoteRef/>
      </w:r>
      <w:r w:rsidRPr="00BC1DC6">
        <w:rPr>
          <w:sz w:val="16"/>
          <w:szCs w:val="16"/>
        </w:rPr>
        <w:t xml:space="preserve"> </w:t>
      </w:r>
      <w:r w:rsidRPr="00BC1DC6">
        <w:rPr>
          <w:sz w:val="16"/>
          <w:szCs w:val="16"/>
          <w:lang w:val="cs-CZ"/>
        </w:rPr>
        <w:t>Uveďte stát, jehož jste občanem/</w:t>
      </w:r>
      <w:proofErr w:type="spellStart"/>
      <w:r w:rsidRPr="00BC1DC6">
        <w:rPr>
          <w:sz w:val="16"/>
          <w:szCs w:val="16"/>
          <w:lang w:val="cs-CZ"/>
        </w:rPr>
        <w:t>kou</w:t>
      </w:r>
      <w:proofErr w:type="spellEnd"/>
      <w:r w:rsidRPr="00BC1DC6">
        <w:rPr>
          <w:sz w:val="16"/>
          <w:szCs w:val="16"/>
          <w:lang w:val="cs-CZ"/>
        </w:rPr>
        <w:t>.</w:t>
      </w:r>
    </w:p>
  </w:footnote>
  <w:footnote w:id="3">
    <w:p w14:paraId="5CC8B901" w14:textId="629D04A8" w:rsidR="00147B41" w:rsidRPr="002D4A3C" w:rsidRDefault="00147B41">
      <w:pPr>
        <w:pStyle w:val="Textpoznpodarou"/>
        <w:rPr>
          <w:rFonts w:cs="Arial"/>
          <w:sz w:val="16"/>
          <w:szCs w:val="16"/>
          <w:lang w:val="cs-CZ"/>
        </w:rPr>
      </w:pPr>
      <w:r w:rsidRPr="002D4A3C">
        <w:rPr>
          <w:rStyle w:val="Znakapoznpodarou"/>
          <w:rFonts w:cs="Arial"/>
          <w:sz w:val="16"/>
          <w:szCs w:val="16"/>
        </w:rPr>
        <w:footnoteRef/>
      </w:r>
      <w:r w:rsidRPr="002D4A3C">
        <w:rPr>
          <w:rFonts w:cs="Arial"/>
          <w:sz w:val="16"/>
          <w:szCs w:val="16"/>
        </w:rPr>
        <w:t xml:space="preserve"> </w:t>
      </w:r>
      <w:r w:rsidRPr="002D4A3C">
        <w:rPr>
          <w:rFonts w:cs="Arial"/>
          <w:sz w:val="16"/>
          <w:szCs w:val="16"/>
          <w:lang w:val="cs-CZ"/>
        </w:rPr>
        <w:t>Doklad nesmí být starší než 3 měsíce.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8413614">
    <w:abstractNumId w:val="8"/>
  </w:num>
  <w:num w:numId="2" w16cid:durableId="229510366">
    <w:abstractNumId w:val="6"/>
  </w:num>
  <w:num w:numId="3" w16cid:durableId="1018461528">
    <w:abstractNumId w:val="5"/>
  </w:num>
  <w:num w:numId="4" w16cid:durableId="1433476159">
    <w:abstractNumId w:val="4"/>
  </w:num>
  <w:num w:numId="5" w16cid:durableId="395125407">
    <w:abstractNumId w:val="7"/>
  </w:num>
  <w:num w:numId="6" w16cid:durableId="1833638109">
    <w:abstractNumId w:val="3"/>
  </w:num>
  <w:num w:numId="7" w16cid:durableId="466357827">
    <w:abstractNumId w:val="2"/>
  </w:num>
  <w:num w:numId="8" w16cid:durableId="952395555">
    <w:abstractNumId w:val="1"/>
  </w:num>
  <w:num w:numId="9" w16cid:durableId="1305892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27F"/>
    <w:rsid w:val="00034616"/>
    <w:rsid w:val="0006063C"/>
    <w:rsid w:val="00144DC7"/>
    <w:rsid w:val="00147B41"/>
    <w:rsid w:val="0015074B"/>
    <w:rsid w:val="001F10B4"/>
    <w:rsid w:val="0029639D"/>
    <w:rsid w:val="002D4A3C"/>
    <w:rsid w:val="00326F90"/>
    <w:rsid w:val="00462823"/>
    <w:rsid w:val="005035AA"/>
    <w:rsid w:val="00640BD5"/>
    <w:rsid w:val="009020B7"/>
    <w:rsid w:val="00A12735"/>
    <w:rsid w:val="00AA1D8D"/>
    <w:rsid w:val="00AB622E"/>
    <w:rsid w:val="00B47730"/>
    <w:rsid w:val="00BC1DC6"/>
    <w:rsid w:val="00C81C28"/>
    <w:rsid w:val="00CB0664"/>
    <w:rsid w:val="00DF78DF"/>
    <w:rsid w:val="00EB29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1443D"/>
  <w14:defaultImageDpi w14:val="300"/>
  <w15:docId w15:val="{636C313A-030E-454A-9520-71F860A3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rial" w:eastAsia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EB2930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1273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12735"/>
    <w:rPr>
      <w:rFonts w:ascii="Arial" w:eastAsia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127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výběrového řízení – referent dokladů osob</dc:title>
  <dc:subject>Státní plavební správa</dc:subject>
  <dc:creator>Státní plavební správa</dc:creator>
  <cp:keywords/>
  <dc:description>generated by python-docx</dc:description>
  <cp:lastModifiedBy>Sabina Cinková</cp:lastModifiedBy>
  <cp:revision>9</cp:revision>
  <dcterms:created xsi:type="dcterms:W3CDTF">2013-12-23T23:15:00Z</dcterms:created>
  <dcterms:modified xsi:type="dcterms:W3CDTF">2026-11-03T06:27:00Z</dcterms:modified>
  <cp:category/>
</cp:coreProperties>
</file>