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2B90" w14:textId="77777777" w:rsidR="00EB5E25" w:rsidRPr="00A57849" w:rsidRDefault="007C6EA3" w:rsidP="007E0F06">
      <w:pPr>
        <w:jc w:val="center"/>
        <w:rPr>
          <w:rFonts w:ascii="Aptos" w:hAnsi="Aptos" w:cs="Arial"/>
          <w:sz w:val="32"/>
          <w:szCs w:val="32"/>
          <w:lang w:val="cs-CZ"/>
        </w:rPr>
      </w:pPr>
      <w:r w:rsidRPr="00A57849">
        <w:rPr>
          <w:rFonts w:ascii="Aptos" w:hAnsi="Aptos" w:cs="Arial"/>
          <w:b/>
          <w:sz w:val="32"/>
          <w:szCs w:val="32"/>
          <w:lang w:val="cs-CZ"/>
        </w:rPr>
        <w:t>OZNÁMENÍ O VYHLÁŠENÍ VÝBĚROVÉHO ŘÍZENÍ</w:t>
      </w:r>
    </w:p>
    <w:p w14:paraId="6F9DAF74" w14:textId="27FC1139" w:rsidR="00EB5E25" w:rsidRPr="00D07257" w:rsidRDefault="007C6EA3" w:rsidP="007E0F06">
      <w:pPr>
        <w:jc w:val="right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 xml:space="preserve">Č. j.: </w:t>
      </w:r>
      <w:r w:rsidR="007C3B91">
        <w:rPr>
          <w:rFonts w:ascii="Aptos" w:hAnsi="Aptos" w:cs="Arial"/>
          <w:sz w:val="22"/>
          <w:lang w:val="cs-CZ"/>
        </w:rPr>
        <w:t>1525</w:t>
      </w:r>
      <w:r w:rsidRPr="00D07257">
        <w:rPr>
          <w:rFonts w:ascii="Aptos" w:hAnsi="Aptos" w:cs="Arial"/>
          <w:sz w:val="22"/>
          <w:lang w:val="cs-CZ"/>
        </w:rPr>
        <w:t>/Ř/26</w:t>
      </w:r>
      <w:r w:rsidRPr="00D07257">
        <w:rPr>
          <w:rFonts w:ascii="Aptos" w:hAnsi="Aptos" w:cs="Arial"/>
          <w:sz w:val="22"/>
          <w:lang w:val="cs-CZ"/>
        </w:rPr>
        <w:br/>
        <w:t xml:space="preserve">Praha </w:t>
      </w:r>
      <w:r w:rsidR="007C3B91">
        <w:rPr>
          <w:rFonts w:ascii="Aptos" w:hAnsi="Aptos" w:cs="Arial"/>
          <w:sz w:val="22"/>
          <w:lang w:val="cs-CZ"/>
        </w:rPr>
        <w:t>3</w:t>
      </w:r>
      <w:r w:rsidRPr="00D07257">
        <w:rPr>
          <w:rFonts w:ascii="Aptos" w:hAnsi="Aptos" w:cs="Arial"/>
          <w:sz w:val="22"/>
          <w:lang w:val="cs-CZ"/>
        </w:rPr>
        <w:t xml:space="preserve">. </w:t>
      </w:r>
      <w:r w:rsidR="007C3B91">
        <w:rPr>
          <w:rFonts w:ascii="Aptos" w:hAnsi="Aptos" w:cs="Arial"/>
          <w:sz w:val="22"/>
          <w:lang w:val="cs-CZ"/>
        </w:rPr>
        <w:t>listopad</w:t>
      </w:r>
      <w:r w:rsidR="007C3B91" w:rsidRPr="00D07257">
        <w:rPr>
          <w:rFonts w:ascii="Aptos" w:hAnsi="Aptos" w:cs="Arial"/>
          <w:sz w:val="22"/>
          <w:lang w:val="cs-CZ"/>
        </w:rPr>
        <w:t xml:space="preserve"> </w:t>
      </w:r>
      <w:r w:rsidRPr="00D07257">
        <w:rPr>
          <w:rFonts w:ascii="Aptos" w:hAnsi="Aptos" w:cs="Arial"/>
          <w:sz w:val="22"/>
          <w:lang w:val="cs-CZ"/>
        </w:rPr>
        <w:t>2026</w:t>
      </w:r>
    </w:p>
    <w:p w14:paraId="15F8DF69" w14:textId="16DDC701" w:rsidR="00EB5E25" w:rsidRPr="00D07257" w:rsidRDefault="007C6EA3" w:rsidP="007E0F06">
      <w:p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Mgr. Klára Kroupa Němcová, vedoucí správního úřadu – ředitelka Státní plavební správy, vyhlašuje podle §</w:t>
      </w:r>
      <w:r w:rsidR="007E0F06" w:rsidRPr="00D07257">
        <w:rPr>
          <w:rFonts w:ascii="Aptos" w:hAnsi="Aptos" w:cs="Arial"/>
          <w:sz w:val="22"/>
          <w:lang w:val="cs-CZ"/>
        </w:rPr>
        <w:t> </w:t>
      </w:r>
      <w:r w:rsidRPr="00D07257">
        <w:rPr>
          <w:rFonts w:ascii="Aptos" w:hAnsi="Aptos" w:cs="Arial"/>
          <w:sz w:val="22"/>
          <w:lang w:val="cs-CZ"/>
        </w:rPr>
        <w:t>24 zákona č. 195/2026 Sb., o právních poměrech státních zaměstnanců v ministerstvech a</w:t>
      </w:r>
      <w:r w:rsidR="00E47110">
        <w:rPr>
          <w:rFonts w:ascii="Aptos" w:hAnsi="Aptos" w:cs="Arial"/>
          <w:sz w:val="22"/>
          <w:lang w:val="cs-CZ"/>
        </w:rPr>
        <w:t> </w:t>
      </w:r>
      <w:r w:rsidRPr="00D07257">
        <w:rPr>
          <w:rFonts w:ascii="Aptos" w:hAnsi="Aptos" w:cs="Arial"/>
          <w:sz w:val="22"/>
          <w:lang w:val="cs-CZ"/>
        </w:rPr>
        <w:t>jiných správních úřadech (</w:t>
      </w:r>
      <w:r w:rsidR="009A6494">
        <w:rPr>
          <w:rFonts w:ascii="Aptos" w:hAnsi="Aptos" w:cs="Arial"/>
          <w:sz w:val="22"/>
          <w:lang w:val="cs-CZ"/>
        </w:rPr>
        <w:t xml:space="preserve">dále jen </w:t>
      </w:r>
      <w:r w:rsidRPr="00D07257">
        <w:rPr>
          <w:rFonts w:ascii="Aptos" w:hAnsi="Aptos" w:cs="Arial"/>
          <w:sz w:val="22"/>
          <w:lang w:val="cs-CZ"/>
        </w:rPr>
        <w:t xml:space="preserve">zákon o státních zaměstnancích), výběrové řízení na </w:t>
      </w:r>
      <w:r w:rsidR="002175AB" w:rsidRPr="00D07257">
        <w:rPr>
          <w:rFonts w:ascii="Aptos" w:hAnsi="Aptos" w:cs="Arial"/>
          <w:sz w:val="22"/>
          <w:lang w:val="cs-CZ"/>
        </w:rPr>
        <w:t xml:space="preserve">obsazení </w:t>
      </w:r>
      <w:r w:rsidRPr="00D07257">
        <w:rPr>
          <w:rFonts w:ascii="Aptos" w:hAnsi="Aptos" w:cs="Arial"/>
          <w:sz w:val="22"/>
          <w:lang w:val="cs-CZ"/>
        </w:rPr>
        <w:t>pracovní</w:t>
      </w:r>
      <w:r w:rsidR="002175AB" w:rsidRPr="00D07257">
        <w:rPr>
          <w:rFonts w:ascii="Aptos" w:hAnsi="Aptos" w:cs="Arial"/>
          <w:sz w:val="22"/>
          <w:lang w:val="cs-CZ"/>
        </w:rPr>
        <w:t>ho</w:t>
      </w:r>
      <w:r w:rsidRPr="00D07257">
        <w:rPr>
          <w:rFonts w:ascii="Aptos" w:hAnsi="Aptos" w:cs="Arial"/>
          <w:sz w:val="22"/>
          <w:lang w:val="cs-CZ"/>
        </w:rPr>
        <w:t xml:space="preserve"> místo státního zaměstnance</w:t>
      </w:r>
    </w:p>
    <w:p w14:paraId="6FB11F14" w14:textId="67A0766C" w:rsidR="002175AB" w:rsidRPr="00D07257" w:rsidRDefault="00585D7C" w:rsidP="007E0F06">
      <w:pPr>
        <w:jc w:val="center"/>
        <w:rPr>
          <w:rFonts w:ascii="Aptos" w:hAnsi="Aptos" w:cs="Arial"/>
          <w:b/>
          <w:bCs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r</w:t>
      </w:r>
      <w:r w:rsidR="007C6EA3" w:rsidRPr="00D07257">
        <w:rPr>
          <w:rFonts w:ascii="Aptos" w:hAnsi="Aptos" w:cs="Arial"/>
          <w:b/>
          <w:bCs/>
          <w:sz w:val="22"/>
          <w:lang w:val="cs-CZ"/>
        </w:rPr>
        <w:t>eferent</w:t>
      </w:r>
      <w:r w:rsidRPr="00D07257">
        <w:rPr>
          <w:rFonts w:ascii="Aptos" w:hAnsi="Aptos" w:cs="Arial"/>
          <w:b/>
          <w:bCs/>
          <w:sz w:val="22"/>
          <w:lang w:val="cs-CZ"/>
        </w:rPr>
        <w:t>a</w:t>
      </w:r>
      <w:r w:rsidR="007C6EA3" w:rsidRPr="00D07257">
        <w:rPr>
          <w:rFonts w:ascii="Aptos" w:hAnsi="Aptos" w:cs="Arial"/>
          <w:b/>
          <w:bCs/>
          <w:sz w:val="22"/>
          <w:lang w:val="cs-CZ"/>
        </w:rPr>
        <w:t xml:space="preserve"> dokladů</w:t>
      </w:r>
      <w:r w:rsidR="0034084B">
        <w:rPr>
          <w:rFonts w:ascii="Aptos" w:hAnsi="Aptos" w:cs="Arial"/>
          <w:b/>
          <w:bCs/>
          <w:sz w:val="22"/>
          <w:lang w:val="cs-CZ"/>
        </w:rPr>
        <w:t xml:space="preserve"> osob</w:t>
      </w:r>
    </w:p>
    <w:p w14:paraId="039CD4A4" w14:textId="106C57A9" w:rsidR="00585D7C" w:rsidRPr="00D07257" w:rsidRDefault="00585D7C" w:rsidP="007E0F06">
      <w:pPr>
        <w:jc w:val="center"/>
        <w:rPr>
          <w:rFonts w:ascii="Aptos" w:hAnsi="Aptos" w:cs="Arial"/>
          <w:b/>
          <w:bCs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 xml:space="preserve">v </w:t>
      </w:r>
      <w:r w:rsidR="007C6EA3" w:rsidRPr="00D07257">
        <w:rPr>
          <w:rFonts w:ascii="Aptos" w:hAnsi="Aptos" w:cs="Arial"/>
          <w:b/>
          <w:bCs/>
          <w:sz w:val="22"/>
          <w:lang w:val="cs-CZ"/>
        </w:rPr>
        <w:t>oddělení plavebních dokladů, odbor</w:t>
      </w:r>
      <w:r w:rsidRPr="00D07257">
        <w:rPr>
          <w:rFonts w:ascii="Aptos" w:hAnsi="Aptos" w:cs="Arial"/>
          <w:b/>
          <w:bCs/>
          <w:sz w:val="22"/>
          <w:lang w:val="cs-CZ"/>
        </w:rPr>
        <w:t>u</w:t>
      </w:r>
      <w:r w:rsidR="007C6EA3" w:rsidRPr="00D07257">
        <w:rPr>
          <w:rFonts w:ascii="Aptos" w:hAnsi="Aptos" w:cs="Arial"/>
          <w:b/>
          <w:bCs/>
          <w:sz w:val="22"/>
          <w:lang w:val="cs-CZ"/>
        </w:rPr>
        <w:t xml:space="preserve"> pobočky Praha</w:t>
      </w:r>
      <w:r w:rsidR="002175AB" w:rsidRPr="00D07257">
        <w:rPr>
          <w:rFonts w:ascii="Aptos" w:hAnsi="Aptos" w:cs="Arial"/>
          <w:b/>
          <w:bCs/>
          <w:sz w:val="22"/>
          <w:lang w:val="cs-CZ"/>
        </w:rPr>
        <w:t xml:space="preserve"> na Státní plavební správě</w:t>
      </w:r>
    </w:p>
    <w:p w14:paraId="69867EA7" w14:textId="1D2F5A24" w:rsidR="002175AB" w:rsidRPr="00D07257" w:rsidRDefault="002175AB" w:rsidP="00623008">
      <w:pPr>
        <w:spacing w:before="120" w:after="120" w:line="240" w:lineRule="auto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Sjednaný druh práce</w:t>
      </w:r>
      <w:r w:rsidRPr="00D07257">
        <w:rPr>
          <w:rFonts w:ascii="Aptos" w:hAnsi="Aptos" w:cs="Arial"/>
          <w:sz w:val="22"/>
          <w:lang w:val="cs-CZ"/>
        </w:rPr>
        <w:t xml:space="preserve">: referent dokladů </w:t>
      </w:r>
      <w:r w:rsidR="0034084B">
        <w:rPr>
          <w:rFonts w:ascii="Aptos" w:hAnsi="Aptos" w:cs="Arial"/>
          <w:sz w:val="22"/>
          <w:lang w:val="cs-CZ"/>
        </w:rPr>
        <w:t>osob</w:t>
      </w:r>
    </w:p>
    <w:p w14:paraId="079F7E3D" w14:textId="0440A1DD" w:rsidR="00EB5E25" w:rsidRPr="00D07257" w:rsidRDefault="007C6EA3" w:rsidP="00623008">
      <w:pPr>
        <w:spacing w:before="120" w:after="120" w:line="240" w:lineRule="auto"/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Místo výkonu práce</w:t>
      </w:r>
      <w:r w:rsidRPr="00D07257">
        <w:rPr>
          <w:rFonts w:ascii="Aptos" w:hAnsi="Aptos" w:cs="Arial"/>
          <w:sz w:val="22"/>
          <w:lang w:val="cs-CZ"/>
        </w:rPr>
        <w:t>: Praha</w:t>
      </w:r>
    </w:p>
    <w:p w14:paraId="0FB6113F" w14:textId="5E287C94" w:rsidR="002175AB" w:rsidRPr="00D07257" w:rsidRDefault="002175AB" w:rsidP="00623008">
      <w:pPr>
        <w:spacing w:before="120" w:after="120" w:line="240" w:lineRule="auto"/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Pracovní poměr:</w:t>
      </w:r>
      <w:r w:rsidRPr="00D07257">
        <w:rPr>
          <w:rFonts w:ascii="Aptos" w:hAnsi="Aptos" w:cs="Arial"/>
          <w:sz w:val="22"/>
          <w:lang w:val="cs-CZ"/>
        </w:rPr>
        <w:t xml:space="preserve"> na dobu neurčitou</w:t>
      </w:r>
    </w:p>
    <w:p w14:paraId="0C78C8ED" w14:textId="3E8E56A1" w:rsidR="007E0F06" w:rsidRPr="00D07257" w:rsidRDefault="007E0F06" w:rsidP="00623008">
      <w:pPr>
        <w:spacing w:before="120" w:after="120" w:line="240" w:lineRule="auto"/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Obor specializace:</w:t>
      </w:r>
      <w:r w:rsidRPr="00D07257">
        <w:rPr>
          <w:rFonts w:ascii="Aptos" w:hAnsi="Aptos" w:cs="Arial"/>
          <w:sz w:val="22"/>
          <w:lang w:val="cs-CZ"/>
        </w:rPr>
        <w:t xml:space="preserve"> doprava</w:t>
      </w:r>
    </w:p>
    <w:p w14:paraId="00AC3A0D" w14:textId="0C2D9200" w:rsidR="00623008" w:rsidRPr="00D07257" w:rsidRDefault="00623008" w:rsidP="00623008">
      <w:pPr>
        <w:spacing w:before="120" w:after="120" w:line="240" w:lineRule="auto"/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Platové zařazení dle nařízení vlády č. 304/2014 Sb., v platové třídě 1</w:t>
      </w:r>
      <w:r w:rsidR="0034084B">
        <w:rPr>
          <w:rFonts w:ascii="Aptos" w:hAnsi="Aptos" w:cs="Arial"/>
          <w:b/>
          <w:bCs/>
          <w:sz w:val="22"/>
          <w:lang w:val="cs-CZ"/>
        </w:rPr>
        <w:t>0</w:t>
      </w:r>
      <w:r w:rsidRPr="00D07257">
        <w:rPr>
          <w:rFonts w:ascii="Aptos" w:hAnsi="Aptos" w:cs="Arial"/>
          <w:sz w:val="22"/>
          <w:lang w:val="cs-CZ"/>
        </w:rPr>
        <w:t xml:space="preserve">, základní plat </w:t>
      </w:r>
      <w:r w:rsidR="0034084B" w:rsidRPr="0034084B">
        <w:rPr>
          <w:rFonts w:ascii="Aptos" w:hAnsi="Aptos" w:cs="Arial"/>
          <w:sz w:val="22"/>
        </w:rPr>
        <w:t>27</w:t>
      </w:r>
      <w:r w:rsidR="0034084B">
        <w:rPr>
          <w:rFonts w:ascii="Aptos" w:hAnsi="Aptos" w:cs="Arial"/>
          <w:sz w:val="22"/>
        </w:rPr>
        <w:t> </w:t>
      </w:r>
      <w:r w:rsidR="0034084B" w:rsidRPr="0034084B">
        <w:rPr>
          <w:rFonts w:ascii="Aptos" w:hAnsi="Aptos" w:cs="Arial"/>
          <w:sz w:val="22"/>
        </w:rPr>
        <w:t>030</w:t>
      </w:r>
      <w:r w:rsidR="0034084B">
        <w:rPr>
          <w:rFonts w:ascii="Aptos" w:hAnsi="Aptos" w:cs="Arial"/>
          <w:sz w:val="22"/>
        </w:rPr>
        <w:t xml:space="preserve"> </w:t>
      </w:r>
      <w:r w:rsidRPr="00D07257">
        <w:rPr>
          <w:rFonts w:ascii="Aptos" w:hAnsi="Aptos" w:cs="Arial"/>
          <w:sz w:val="22"/>
          <w:lang w:val="cs-CZ"/>
        </w:rPr>
        <w:t>Kč až</w:t>
      </w:r>
      <w:r w:rsidR="0034084B">
        <w:rPr>
          <w:rFonts w:ascii="Aptos" w:hAnsi="Aptos" w:cs="Arial"/>
          <w:sz w:val="22"/>
          <w:lang w:val="cs-CZ"/>
        </w:rPr>
        <w:t> </w:t>
      </w:r>
      <w:r w:rsidR="0034084B" w:rsidRPr="0034084B">
        <w:rPr>
          <w:rFonts w:ascii="Aptos" w:hAnsi="Aptos" w:cs="Arial"/>
          <w:sz w:val="22"/>
        </w:rPr>
        <w:t>38</w:t>
      </w:r>
      <w:r w:rsidR="0034084B">
        <w:rPr>
          <w:rFonts w:ascii="Aptos" w:hAnsi="Aptos" w:cs="Arial"/>
          <w:sz w:val="22"/>
        </w:rPr>
        <w:t> </w:t>
      </w:r>
      <w:r w:rsidR="0034084B" w:rsidRPr="0034084B">
        <w:rPr>
          <w:rFonts w:ascii="Aptos" w:hAnsi="Aptos" w:cs="Arial"/>
          <w:sz w:val="22"/>
        </w:rPr>
        <w:t>990</w:t>
      </w:r>
      <w:r w:rsidR="0034084B">
        <w:rPr>
          <w:rFonts w:ascii="Aptos" w:hAnsi="Aptos" w:cs="Arial"/>
          <w:sz w:val="22"/>
        </w:rPr>
        <w:t xml:space="preserve"> </w:t>
      </w:r>
      <w:r w:rsidRPr="00D07257">
        <w:rPr>
          <w:rFonts w:ascii="Aptos" w:hAnsi="Aptos" w:cs="Arial"/>
          <w:sz w:val="22"/>
          <w:lang w:val="cs-CZ"/>
        </w:rPr>
        <w:t>Kč podle započitatelné praxe, možnost přizná</w:t>
      </w:r>
      <w:r w:rsidR="00211685">
        <w:rPr>
          <w:rFonts w:ascii="Aptos" w:hAnsi="Aptos" w:cs="Arial"/>
          <w:sz w:val="22"/>
          <w:lang w:val="cs-CZ"/>
        </w:rPr>
        <w:t>ní</w:t>
      </w:r>
      <w:r w:rsidRPr="00D07257">
        <w:rPr>
          <w:rFonts w:ascii="Aptos" w:hAnsi="Aptos" w:cs="Arial"/>
          <w:sz w:val="22"/>
          <w:lang w:val="cs-CZ"/>
        </w:rPr>
        <w:t xml:space="preserve"> osobního příp</w:t>
      </w:r>
      <w:r w:rsidR="007F00AC">
        <w:rPr>
          <w:rFonts w:ascii="Aptos" w:hAnsi="Aptos" w:cs="Arial"/>
          <w:sz w:val="22"/>
          <w:lang w:val="cs-CZ"/>
        </w:rPr>
        <w:t>l</w:t>
      </w:r>
      <w:r w:rsidRPr="00D07257">
        <w:rPr>
          <w:rFonts w:ascii="Aptos" w:hAnsi="Aptos" w:cs="Arial"/>
          <w:sz w:val="22"/>
          <w:lang w:val="cs-CZ"/>
        </w:rPr>
        <w:t>atku ve výši 5-15</w:t>
      </w:r>
      <w:r w:rsidR="0034084B">
        <w:rPr>
          <w:rFonts w:ascii="Aptos" w:hAnsi="Aptos" w:cs="Arial"/>
          <w:sz w:val="22"/>
          <w:lang w:val="cs-CZ"/>
        </w:rPr>
        <w:t xml:space="preserve"> </w:t>
      </w:r>
      <w:r w:rsidRPr="00D07257">
        <w:rPr>
          <w:rFonts w:ascii="Aptos" w:hAnsi="Aptos" w:cs="Arial"/>
          <w:sz w:val="22"/>
          <w:lang w:val="cs-CZ"/>
        </w:rPr>
        <w:t>% z</w:t>
      </w:r>
      <w:r w:rsidR="00211685">
        <w:rPr>
          <w:rFonts w:ascii="Aptos" w:hAnsi="Aptos" w:cs="Arial"/>
          <w:sz w:val="22"/>
          <w:lang w:val="cs-CZ"/>
        </w:rPr>
        <w:t> </w:t>
      </w:r>
      <w:r w:rsidRPr="00D07257">
        <w:rPr>
          <w:rFonts w:ascii="Aptos" w:hAnsi="Aptos" w:cs="Arial"/>
          <w:sz w:val="22"/>
          <w:lang w:val="cs-CZ"/>
        </w:rPr>
        <w:t>platového tarifu nejvyššího platového stupně v platové třídě, do které je zařazeno pracovní místo, mimořádné odměny podle dosažených pracovních výsledků.</w:t>
      </w:r>
    </w:p>
    <w:p w14:paraId="29DBFCAB" w14:textId="3859885E" w:rsidR="00623008" w:rsidRPr="00D07257" w:rsidRDefault="00623008" w:rsidP="00623008">
      <w:pPr>
        <w:spacing w:before="120" w:after="120" w:line="240" w:lineRule="auto"/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Předpokládané datum nástupu</w:t>
      </w:r>
      <w:r w:rsidRPr="00D07257">
        <w:rPr>
          <w:rFonts w:ascii="Aptos" w:hAnsi="Aptos" w:cs="Arial"/>
          <w:sz w:val="22"/>
          <w:lang w:val="cs-CZ"/>
        </w:rPr>
        <w:t>: leden 2027</w:t>
      </w:r>
    </w:p>
    <w:p w14:paraId="7A184022" w14:textId="5114C980" w:rsidR="00EB5E25" w:rsidRPr="00D07257" w:rsidRDefault="002175AB" w:rsidP="007E0F06">
      <w:pPr>
        <w:jc w:val="both"/>
        <w:rPr>
          <w:rFonts w:ascii="Aptos" w:hAnsi="Aptos" w:cs="Arial"/>
          <w:b/>
          <w:bCs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Stručná náplň práce</w:t>
      </w:r>
      <w:r w:rsidR="007C6EA3" w:rsidRPr="00D07257">
        <w:rPr>
          <w:rFonts w:ascii="Aptos" w:hAnsi="Aptos" w:cs="Arial"/>
          <w:b/>
          <w:bCs/>
          <w:sz w:val="22"/>
          <w:lang w:val="cs-CZ"/>
        </w:rPr>
        <w:t>:</w:t>
      </w:r>
    </w:p>
    <w:p w14:paraId="3C5794C1" w14:textId="732AAB23" w:rsidR="0034084B" w:rsidRPr="007C3B91" w:rsidRDefault="008E6053" w:rsidP="001B74A2">
      <w:pPr>
        <w:pStyle w:val="Seznamsodrkami"/>
        <w:numPr>
          <w:ilvl w:val="0"/>
          <w:numId w:val="16"/>
        </w:numPr>
        <w:jc w:val="both"/>
        <w:rPr>
          <w:rFonts w:ascii="Aptos" w:hAnsi="Aptos" w:cs="Arial"/>
          <w:sz w:val="22"/>
          <w:lang w:val="cs-CZ"/>
        </w:rPr>
      </w:pPr>
      <w:r w:rsidRPr="007C3B91">
        <w:rPr>
          <w:rFonts w:ascii="Aptos" w:hAnsi="Aptos" w:cs="Arial"/>
          <w:sz w:val="22"/>
          <w:lang w:val="cs-CZ"/>
        </w:rPr>
        <w:t>organizace a zajištění zkoušek pro získání</w:t>
      </w:r>
      <w:r w:rsidR="0034084B" w:rsidRPr="007C3B91">
        <w:rPr>
          <w:rFonts w:ascii="Aptos" w:hAnsi="Aptos" w:cs="Arial"/>
          <w:sz w:val="22"/>
          <w:lang w:val="cs-CZ"/>
        </w:rPr>
        <w:t xml:space="preserve"> osvědčení</w:t>
      </w:r>
      <w:r w:rsidRPr="007C3B91">
        <w:rPr>
          <w:rFonts w:ascii="Aptos" w:hAnsi="Aptos" w:cs="Arial"/>
          <w:sz w:val="22"/>
          <w:lang w:val="cs-CZ"/>
        </w:rPr>
        <w:t xml:space="preserve"> k vedení jednotlivých druhů plavidel,</w:t>
      </w:r>
      <w:r w:rsidR="0034084B" w:rsidRPr="007C3B91">
        <w:rPr>
          <w:rFonts w:ascii="Aptos" w:hAnsi="Aptos" w:cs="Arial"/>
          <w:sz w:val="22"/>
          <w:lang w:val="cs-CZ"/>
        </w:rPr>
        <w:t xml:space="preserve"> k vedení plavidla pomocí radaru, osvědčení pro přepravu nebezpečných látek a osvědčení bezpečnostního poradce pro přepravu nebezpečných látek</w:t>
      </w:r>
      <w:r w:rsidRPr="007C3B91">
        <w:rPr>
          <w:rFonts w:ascii="Aptos" w:hAnsi="Aptos" w:cs="Arial"/>
          <w:sz w:val="22"/>
          <w:lang w:val="cs-CZ"/>
        </w:rPr>
        <w:t>, včetně vedení administrativy s tím spojené</w:t>
      </w:r>
    </w:p>
    <w:p w14:paraId="1F83DFC2" w14:textId="265C825C" w:rsidR="0034084B" w:rsidRPr="007C3B91" w:rsidRDefault="0034084B" w:rsidP="008E6053">
      <w:pPr>
        <w:pStyle w:val="Seznamsodrkami"/>
        <w:numPr>
          <w:ilvl w:val="0"/>
          <w:numId w:val="16"/>
        </w:numPr>
        <w:jc w:val="both"/>
        <w:rPr>
          <w:rFonts w:ascii="Aptos" w:hAnsi="Aptos" w:cs="Arial"/>
          <w:sz w:val="22"/>
          <w:lang w:val="cs-CZ"/>
        </w:rPr>
      </w:pPr>
      <w:r w:rsidRPr="007C3B91">
        <w:rPr>
          <w:rFonts w:ascii="Aptos" w:hAnsi="Aptos" w:cs="Arial"/>
          <w:sz w:val="22"/>
          <w:lang w:val="cs-CZ"/>
        </w:rPr>
        <w:t>vydávání osvědčení způsobilosti k vedení plavidla pro jednotlivé druhy plavidel, osvědčení k vedení plavidla pomocí radaru, osvědčení pro přepravu nebezpečných látek a osvědčení bezpečnostního poradce pro přepravu nebezpečných látek,</w:t>
      </w:r>
    </w:p>
    <w:p w14:paraId="212BD41E" w14:textId="77777777" w:rsidR="0034084B" w:rsidRPr="007C3B91" w:rsidRDefault="0034084B" w:rsidP="001B74A2">
      <w:pPr>
        <w:pStyle w:val="Seznamsodrkami"/>
        <w:numPr>
          <w:ilvl w:val="0"/>
          <w:numId w:val="16"/>
        </w:numPr>
        <w:jc w:val="both"/>
        <w:rPr>
          <w:rFonts w:ascii="Aptos" w:hAnsi="Aptos" w:cs="Arial"/>
          <w:sz w:val="22"/>
          <w:lang w:val="cs-CZ"/>
        </w:rPr>
      </w:pPr>
      <w:r w:rsidRPr="007C3B91">
        <w:rPr>
          <w:rFonts w:ascii="Aptos" w:hAnsi="Aptos" w:cs="Arial"/>
          <w:sz w:val="22"/>
          <w:lang w:val="cs-CZ"/>
        </w:rPr>
        <w:t xml:space="preserve">vedení administrativy/agendy související </w:t>
      </w:r>
      <w:proofErr w:type="gramStart"/>
      <w:r w:rsidRPr="007C3B91">
        <w:rPr>
          <w:rFonts w:ascii="Aptos" w:hAnsi="Aptos" w:cs="Arial"/>
          <w:sz w:val="22"/>
          <w:lang w:val="cs-CZ"/>
        </w:rPr>
        <w:t>s</w:t>
      </w:r>
      <w:proofErr w:type="gramEnd"/>
      <w:r w:rsidRPr="007C3B91">
        <w:rPr>
          <w:rFonts w:ascii="Aptos" w:hAnsi="Aptos" w:cs="Arial"/>
          <w:sz w:val="22"/>
          <w:lang w:val="cs-CZ"/>
        </w:rPr>
        <w:t xml:space="preserve"> potvrzování údajů plavebních praxích v plaveckých služebních knížkách,</w:t>
      </w:r>
    </w:p>
    <w:p w14:paraId="2975570B" w14:textId="77777777" w:rsidR="0034084B" w:rsidRPr="007C3B91" w:rsidRDefault="0034084B" w:rsidP="001B74A2">
      <w:pPr>
        <w:pStyle w:val="Seznamsodrkami"/>
        <w:numPr>
          <w:ilvl w:val="0"/>
          <w:numId w:val="16"/>
        </w:numPr>
        <w:jc w:val="both"/>
        <w:rPr>
          <w:rFonts w:ascii="Aptos" w:hAnsi="Aptos" w:cs="Arial"/>
          <w:sz w:val="22"/>
          <w:lang w:val="cs-CZ"/>
        </w:rPr>
      </w:pPr>
      <w:r w:rsidRPr="007C3B91">
        <w:rPr>
          <w:rFonts w:ascii="Aptos" w:hAnsi="Aptos" w:cs="Arial"/>
          <w:sz w:val="22"/>
          <w:lang w:val="cs-CZ"/>
        </w:rPr>
        <w:t>příprava správních rozhodnutí uchazečům, kteří nesplnili podmínky pro vydání průkazu způsobilosti.</w:t>
      </w:r>
    </w:p>
    <w:p w14:paraId="3EA6A262" w14:textId="66307C7C" w:rsidR="00806059" w:rsidRPr="007C3B91" w:rsidRDefault="00806059" w:rsidP="007C3B91">
      <w:pPr>
        <w:jc w:val="both"/>
        <w:rPr>
          <w:rFonts w:ascii="Aptos" w:hAnsi="Aptos" w:cs="Arial"/>
          <w:b/>
          <w:bCs/>
          <w:sz w:val="22"/>
          <w:lang w:val="cs-CZ"/>
        </w:rPr>
      </w:pPr>
      <w:r w:rsidRPr="007C3B91">
        <w:rPr>
          <w:rFonts w:ascii="Aptos" w:hAnsi="Aptos" w:cs="Arial"/>
          <w:color w:val="000000"/>
          <w:sz w:val="22"/>
          <w:lang w:val="cs-CZ"/>
        </w:rPr>
        <w:t>Ú</w:t>
      </w:r>
      <w:r w:rsidRPr="007C3B91">
        <w:rPr>
          <w:rFonts w:ascii="Aptos" w:hAnsi="Aptos" w:cs="Arial"/>
          <w:color w:val="000000"/>
          <w:sz w:val="22"/>
          <w:lang w:val="cs-CZ"/>
        </w:rPr>
        <w:t xml:space="preserve">daje o podmínkách výkonu </w:t>
      </w:r>
      <w:r w:rsidRPr="007C3B91">
        <w:rPr>
          <w:rFonts w:ascii="Aptos" w:hAnsi="Aptos" w:cs="Arial"/>
          <w:color w:val="000000"/>
          <w:sz w:val="22"/>
          <w:lang w:val="cs-CZ"/>
        </w:rPr>
        <w:t xml:space="preserve">práce </w:t>
      </w:r>
      <w:r w:rsidRPr="007C3B91">
        <w:rPr>
          <w:rFonts w:ascii="Aptos" w:hAnsi="Aptos" w:cs="Arial"/>
          <w:color w:val="000000"/>
          <w:sz w:val="22"/>
          <w:lang w:val="cs-CZ"/>
        </w:rPr>
        <w:t xml:space="preserve">naleznete zde </w:t>
      </w:r>
      <w:hyperlink r:id="rId11" w:history="1">
        <w:r w:rsidRPr="007C3B91">
          <w:rPr>
            <w:rStyle w:val="Hypertextovodkaz"/>
            <w:rFonts w:ascii="Aptos" w:hAnsi="Aptos" w:cs="Calibri"/>
            <w:sz w:val="22"/>
            <w:lang w:val="cs-CZ"/>
          </w:rPr>
          <w:t>Dokum</w:t>
        </w:r>
        <w:r w:rsidRPr="007C3B91">
          <w:rPr>
            <w:rStyle w:val="Hypertextovodkaz"/>
            <w:rFonts w:ascii="Aptos" w:hAnsi="Aptos" w:cs="Calibri"/>
            <w:sz w:val="22"/>
            <w:lang w:val="cs-CZ"/>
          </w:rPr>
          <w:t>e</w:t>
        </w:r>
        <w:r w:rsidRPr="007C3B91">
          <w:rPr>
            <w:rStyle w:val="Hypertextovodkaz"/>
            <w:rFonts w:ascii="Aptos" w:hAnsi="Aptos" w:cs="Calibri"/>
            <w:sz w:val="22"/>
            <w:lang w:val="cs-CZ"/>
          </w:rPr>
          <w:t>n</w:t>
        </w:r>
        <w:r w:rsidRPr="007C3B91">
          <w:rPr>
            <w:rStyle w:val="Hypertextovodkaz"/>
            <w:rFonts w:ascii="Aptos" w:hAnsi="Aptos" w:cs="Calibri"/>
            <w:sz w:val="22"/>
            <w:lang w:val="cs-CZ"/>
          </w:rPr>
          <w:t>t</w:t>
        </w:r>
        <w:r w:rsidRPr="007C3B91">
          <w:rPr>
            <w:rStyle w:val="Hypertextovodkaz"/>
            <w:rFonts w:ascii="Aptos" w:hAnsi="Aptos" w:cs="Calibri"/>
            <w:sz w:val="22"/>
            <w:lang w:val="cs-CZ"/>
          </w:rPr>
          <w:t xml:space="preserve"> </w:t>
        </w:r>
        <w:r w:rsidRPr="007C3B91">
          <w:rPr>
            <w:rStyle w:val="Hypertextovodkaz"/>
            <w:rFonts w:ascii="Aptos" w:hAnsi="Aptos" w:cs="Calibri"/>
            <w:sz w:val="22"/>
            <w:lang w:val="cs-CZ"/>
          </w:rPr>
          <w:t>k</w:t>
        </w:r>
        <w:r w:rsidRPr="007C3B91">
          <w:rPr>
            <w:rStyle w:val="Hypertextovodkaz"/>
            <w:rFonts w:ascii="Aptos" w:hAnsi="Aptos" w:cs="Calibri"/>
            <w:sz w:val="22"/>
            <w:lang w:val="cs-CZ"/>
          </w:rPr>
          <w:t>e</w:t>
        </w:r>
        <w:r w:rsidRPr="007C3B91">
          <w:rPr>
            <w:rStyle w:val="Hypertextovodkaz"/>
            <w:rFonts w:ascii="Aptos" w:hAnsi="Aptos" w:cs="Calibri"/>
            <w:sz w:val="22"/>
            <w:lang w:val="cs-CZ"/>
          </w:rPr>
          <w:t xml:space="preserve"> </w:t>
        </w:r>
        <w:r w:rsidRPr="007C3B91">
          <w:rPr>
            <w:rStyle w:val="Hypertextovodkaz"/>
            <w:rFonts w:ascii="Aptos" w:hAnsi="Aptos" w:cs="Calibri"/>
            <w:sz w:val="22"/>
            <w:lang w:val="cs-CZ"/>
          </w:rPr>
          <w:t>stažení</w:t>
        </w:r>
      </w:hyperlink>
    </w:p>
    <w:p w14:paraId="03B6B301" w14:textId="0968378C" w:rsidR="002175AB" w:rsidRPr="00D07257" w:rsidRDefault="002175AB" w:rsidP="002175AB">
      <w:pPr>
        <w:jc w:val="both"/>
        <w:rPr>
          <w:rFonts w:ascii="Aptos" w:hAnsi="Aptos" w:cs="Arial"/>
          <w:b/>
          <w:bCs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 xml:space="preserve">Předpoklady </w:t>
      </w:r>
      <w:r w:rsidR="0034084B">
        <w:rPr>
          <w:rFonts w:ascii="Aptos" w:hAnsi="Aptos" w:cs="Arial"/>
          <w:b/>
          <w:bCs/>
          <w:sz w:val="22"/>
          <w:lang w:val="cs-CZ"/>
        </w:rPr>
        <w:t xml:space="preserve">a požadavky </w:t>
      </w:r>
      <w:r w:rsidRPr="00D07257">
        <w:rPr>
          <w:rFonts w:ascii="Aptos" w:hAnsi="Aptos" w:cs="Arial"/>
          <w:b/>
          <w:bCs/>
          <w:sz w:val="22"/>
          <w:lang w:val="cs-CZ"/>
        </w:rPr>
        <w:t>pro výkon práce:</w:t>
      </w:r>
    </w:p>
    <w:p w14:paraId="6CE182C8" w14:textId="62FA587D" w:rsidR="002175AB" w:rsidRDefault="002175AB" w:rsidP="002175AB">
      <w:pPr>
        <w:pStyle w:val="Seznamsodrkami"/>
        <w:numPr>
          <w:ilvl w:val="0"/>
          <w:numId w:val="15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 xml:space="preserve">fyzická osoba u níž je předpoklad, že bude při výkonu práce dodržovat principy ústavního pořádku České republiky a která dosáhla věku 18 let; je státním občanem České republiky, jiného členského státu Evropské unie nebo státu, který je smluvním státem Dohody </w:t>
      </w:r>
      <w:r w:rsidRPr="00D07257">
        <w:rPr>
          <w:rFonts w:ascii="Aptos" w:hAnsi="Aptos" w:cs="Arial"/>
          <w:sz w:val="22"/>
          <w:lang w:val="cs-CZ"/>
        </w:rPr>
        <w:lastRenderedPageBreak/>
        <w:t>o</w:t>
      </w:r>
      <w:r w:rsidR="0034084B">
        <w:rPr>
          <w:rFonts w:ascii="Aptos" w:hAnsi="Aptos" w:cs="Arial"/>
          <w:sz w:val="22"/>
          <w:lang w:val="cs-CZ"/>
        </w:rPr>
        <w:t> </w:t>
      </w:r>
      <w:r w:rsidRPr="00D07257">
        <w:rPr>
          <w:rFonts w:ascii="Aptos" w:hAnsi="Aptos" w:cs="Arial"/>
          <w:sz w:val="22"/>
          <w:lang w:val="cs-CZ"/>
        </w:rPr>
        <w:t>Evropském hospodářském prostoru; je plně svéprávná; je bezúhonná; je zdravotně způsobilá; ovládá český jazyk.</w:t>
      </w:r>
    </w:p>
    <w:p w14:paraId="268898BF" w14:textId="356E7F0A" w:rsidR="004A5DCD" w:rsidRDefault="004A5DCD" w:rsidP="002175AB">
      <w:pPr>
        <w:pStyle w:val="Seznamsodrkami"/>
        <w:numPr>
          <w:ilvl w:val="0"/>
          <w:numId w:val="15"/>
        </w:numPr>
        <w:jc w:val="both"/>
        <w:rPr>
          <w:rFonts w:ascii="Aptos" w:hAnsi="Aptos" w:cs="Arial"/>
          <w:i/>
          <w:iCs/>
          <w:sz w:val="22"/>
          <w:lang w:val="cs-CZ"/>
        </w:rPr>
      </w:pPr>
      <w:r>
        <w:rPr>
          <w:rFonts w:ascii="Aptos" w:hAnsi="Aptos" w:cs="Arial"/>
          <w:sz w:val="22"/>
          <w:lang w:val="cs-CZ"/>
        </w:rPr>
        <w:t xml:space="preserve">Splnění požadavku o </w:t>
      </w:r>
      <w:r w:rsidRPr="0034084B">
        <w:rPr>
          <w:rFonts w:ascii="Aptos" w:hAnsi="Aptos" w:cs="Arial"/>
          <w:sz w:val="22"/>
          <w:lang w:val="cs-CZ"/>
        </w:rPr>
        <w:t>úspěšné</w:t>
      </w:r>
      <w:r>
        <w:rPr>
          <w:rFonts w:ascii="Aptos" w:hAnsi="Aptos" w:cs="Arial"/>
          <w:sz w:val="22"/>
          <w:lang w:val="cs-CZ"/>
        </w:rPr>
        <w:t>m</w:t>
      </w:r>
      <w:r w:rsidRPr="0034084B">
        <w:rPr>
          <w:rFonts w:ascii="Aptos" w:hAnsi="Aptos" w:cs="Arial"/>
          <w:sz w:val="22"/>
          <w:lang w:val="cs-CZ"/>
        </w:rPr>
        <w:t xml:space="preserve"> vykonání úřednické zkoušky</w:t>
      </w:r>
      <w:r>
        <w:rPr>
          <w:rFonts w:ascii="Aptos" w:hAnsi="Aptos" w:cs="Arial"/>
          <w:sz w:val="22"/>
          <w:lang w:val="cs-CZ"/>
        </w:rPr>
        <w:t xml:space="preserve"> </w:t>
      </w:r>
      <w:r w:rsidR="00845082">
        <w:rPr>
          <w:rFonts w:ascii="Aptos" w:hAnsi="Aptos" w:cs="Arial"/>
          <w:sz w:val="22"/>
          <w:lang w:val="cs-CZ"/>
        </w:rPr>
        <w:t xml:space="preserve">z oboru specializace doprava </w:t>
      </w:r>
      <w:r>
        <w:rPr>
          <w:rFonts w:ascii="Aptos" w:hAnsi="Aptos" w:cs="Arial"/>
          <w:sz w:val="22"/>
          <w:lang w:val="cs-CZ"/>
        </w:rPr>
        <w:t>(</w:t>
      </w:r>
      <w:r w:rsidRPr="004A5DCD">
        <w:rPr>
          <w:rFonts w:ascii="Aptos" w:hAnsi="Aptos" w:cs="Arial"/>
          <w:i/>
          <w:iCs/>
          <w:sz w:val="22"/>
          <w:lang w:val="cs-CZ"/>
        </w:rPr>
        <w:t>do</w:t>
      </w:r>
      <w:r w:rsidR="00845082">
        <w:rPr>
          <w:rFonts w:ascii="Aptos" w:hAnsi="Aptos" w:cs="Arial"/>
          <w:i/>
          <w:iCs/>
          <w:sz w:val="22"/>
          <w:lang w:val="cs-CZ"/>
        </w:rPr>
        <w:t> </w:t>
      </w:r>
      <w:r w:rsidRPr="004A5DCD">
        <w:rPr>
          <w:rFonts w:ascii="Aptos" w:hAnsi="Aptos" w:cs="Arial"/>
          <w:i/>
          <w:iCs/>
          <w:sz w:val="22"/>
          <w:lang w:val="cs-CZ"/>
        </w:rPr>
        <w:t>12 měsíců ode dne vzniku pracovního poměru)</w:t>
      </w:r>
      <w:r w:rsidR="00845082">
        <w:rPr>
          <w:rFonts w:ascii="Aptos" w:hAnsi="Aptos" w:cs="Arial"/>
          <w:i/>
          <w:iCs/>
          <w:sz w:val="22"/>
          <w:lang w:val="cs-CZ"/>
        </w:rPr>
        <w:t>.</w:t>
      </w:r>
    </w:p>
    <w:p w14:paraId="68CD5446" w14:textId="77777777" w:rsidR="004A5DCD" w:rsidRPr="004A5DCD" w:rsidRDefault="004A5DCD" w:rsidP="004A5DCD">
      <w:pPr>
        <w:pStyle w:val="Seznamsodrkami"/>
        <w:numPr>
          <w:ilvl w:val="0"/>
          <w:numId w:val="0"/>
        </w:numPr>
        <w:ind w:left="644"/>
        <w:jc w:val="both"/>
        <w:rPr>
          <w:rFonts w:ascii="Aptos" w:hAnsi="Aptos" w:cs="Arial"/>
          <w:i/>
          <w:iCs/>
          <w:sz w:val="22"/>
          <w:lang w:val="cs-CZ"/>
        </w:rPr>
      </w:pPr>
    </w:p>
    <w:p w14:paraId="578BEFE6" w14:textId="091959B5" w:rsidR="00CE4B2E" w:rsidRPr="00D07257" w:rsidRDefault="0034084B" w:rsidP="002175AB">
      <w:pPr>
        <w:pStyle w:val="Seznamsodrkami"/>
        <w:numPr>
          <w:ilvl w:val="0"/>
          <w:numId w:val="0"/>
        </w:numPr>
        <w:spacing w:after="0" w:line="240" w:lineRule="auto"/>
        <w:jc w:val="both"/>
        <w:rPr>
          <w:rFonts w:ascii="Aptos" w:hAnsi="Aptos" w:cs="Arial"/>
          <w:b/>
          <w:bCs/>
          <w:sz w:val="22"/>
          <w:lang w:val="cs-CZ"/>
        </w:rPr>
      </w:pPr>
      <w:r>
        <w:rPr>
          <w:rFonts w:ascii="Aptos" w:hAnsi="Aptos" w:cs="Arial"/>
          <w:b/>
          <w:bCs/>
          <w:sz w:val="22"/>
          <w:lang w:val="cs-CZ"/>
        </w:rPr>
        <w:t>Požadované vzdělání:</w:t>
      </w:r>
    </w:p>
    <w:p w14:paraId="5F21E731" w14:textId="2F6F1435" w:rsidR="0034084B" w:rsidRPr="0034084B" w:rsidRDefault="00CE4B2E" w:rsidP="00CE4B2E">
      <w:pPr>
        <w:pStyle w:val="Seznamsodrkami"/>
        <w:spacing w:after="0"/>
        <w:jc w:val="both"/>
        <w:rPr>
          <w:rFonts w:ascii="Aptos" w:hAnsi="Aptos" w:cs="Arial"/>
          <w:sz w:val="22"/>
          <w:lang w:val="cs-CZ"/>
        </w:rPr>
      </w:pPr>
      <w:r w:rsidRPr="0034084B">
        <w:rPr>
          <w:rFonts w:ascii="Aptos" w:hAnsi="Aptos" w:cs="Arial"/>
          <w:sz w:val="22"/>
          <w:lang w:val="cs-CZ"/>
        </w:rPr>
        <w:t xml:space="preserve">vzdělání získané studiem </w:t>
      </w:r>
      <w:r w:rsidR="0034084B" w:rsidRPr="0034084B">
        <w:rPr>
          <w:rFonts w:ascii="Aptos" w:hAnsi="Aptos" w:cs="Arial"/>
          <w:sz w:val="22"/>
          <w:lang w:val="cs-CZ"/>
        </w:rPr>
        <w:t xml:space="preserve">na vyšší odborné </w:t>
      </w:r>
      <w:r w:rsidR="00845082">
        <w:rPr>
          <w:rFonts w:ascii="Aptos" w:hAnsi="Aptos" w:cs="Arial"/>
          <w:sz w:val="22"/>
          <w:lang w:val="cs-CZ"/>
        </w:rPr>
        <w:t>škole</w:t>
      </w:r>
      <w:r w:rsidR="0034084B" w:rsidRPr="0034084B">
        <w:rPr>
          <w:rFonts w:ascii="Aptos" w:hAnsi="Aptos" w:cs="Arial"/>
          <w:sz w:val="22"/>
          <w:lang w:val="cs-CZ"/>
        </w:rPr>
        <w:t xml:space="preserve"> nebo</w:t>
      </w:r>
      <w:r w:rsidR="00337534">
        <w:rPr>
          <w:rFonts w:ascii="Aptos" w:hAnsi="Aptos" w:cs="Arial"/>
          <w:sz w:val="22"/>
          <w:lang w:val="cs-CZ"/>
        </w:rPr>
        <w:t xml:space="preserve"> na vysoké škole</w:t>
      </w:r>
      <w:r w:rsidR="0034084B" w:rsidRPr="0034084B">
        <w:rPr>
          <w:rFonts w:ascii="Aptos" w:hAnsi="Aptos" w:cs="Arial"/>
          <w:sz w:val="22"/>
          <w:lang w:val="cs-CZ"/>
        </w:rPr>
        <w:t xml:space="preserve"> v bakalářském studijním program</w:t>
      </w:r>
      <w:r w:rsidR="00337534">
        <w:rPr>
          <w:rFonts w:ascii="Aptos" w:hAnsi="Aptos" w:cs="Arial"/>
          <w:sz w:val="22"/>
          <w:lang w:val="cs-CZ"/>
        </w:rPr>
        <w:t>u.</w:t>
      </w:r>
    </w:p>
    <w:p w14:paraId="70208BF2" w14:textId="3E72F8BC" w:rsidR="00CE4B2E" w:rsidRPr="00D07257" w:rsidRDefault="00CE4B2E" w:rsidP="002175AB">
      <w:pPr>
        <w:pStyle w:val="Seznamsodrkami"/>
        <w:numPr>
          <w:ilvl w:val="0"/>
          <w:numId w:val="0"/>
        </w:numPr>
        <w:spacing w:after="0" w:line="240" w:lineRule="auto"/>
        <w:jc w:val="both"/>
        <w:rPr>
          <w:rFonts w:ascii="Aptos" w:hAnsi="Aptos" w:cs="Arial"/>
          <w:sz w:val="22"/>
          <w:lang w:val="cs-CZ"/>
        </w:rPr>
      </w:pPr>
    </w:p>
    <w:p w14:paraId="7BB144C3" w14:textId="65790358" w:rsidR="000B4002" w:rsidRPr="00D07257" w:rsidRDefault="000B4002" w:rsidP="000B4002">
      <w:pPr>
        <w:jc w:val="both"/>
        <w:rPr>
          <w:rFonts w:ascii="Aptos" w:hAnsi="Aptos" w:cs="Arial"/>
          <w:b/>
          <w:bCs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Způsob podání přihlášky:</w:t>
      </w:r>
    </w:p>
    <w:p w14:paraId="1A58127F" w14:textId="412AB7A9" w:rsidR="000B4002" w:rsidRPr="00D07257" w:rsidRDefault="000B4002" w:rsidP="000B4002">
      <w:p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Uchazeč/uchazečka podává do výběrového řízení p</w:t>
      </w:r>
      <w:r w:rsidR="007C6EA3" w:rsidRPr="00D07257">
        <w:rPr>
          <w:rFonts w:ascii="Aptos" w:hAnsi="Aptos" w:cs="Arial"/>
          <w:sz w:val="22"/>
          <w:lang w:val="cs-CZ"/>
        </w:rPr>
        <w:t>řihlášku</w:t>
      </w:r>
      <w:r w:rsidR="00337534">
        <w:rPr>
          <w:rFonts w:ascii="Aptos" w:hAnsi="Aptos" w:cs="Arial"/>
          <w:sz w:val="22"/>
          <w:lang w:val="cs-CZ"/>
        </w:rPr>
        <w:t xml:space="preserve"> v českém jazyce,</w:t>
      </w:r>
      <w:r w:rsidRPr="00D07257">
        <w:rPr>
          <w:rFonts w:ascii="Aptos" w:hAnsi="Aptos" w:cs="Arial"/>
          <w:sz w:val="22"/>
          <w:lang w:val="cs-CZ"/>
        </w:rPr>
        <w:t xml:space="preserve"> jejíž náležitosti jsou:</w:t>
      </w:r>
      <w:r w:rsidR="007C6EA3" w:rsidRPr="00D07257">
        <w:rPr>
          <w:rFonts w:ascii="Aptos" w:hAnsi="Aptos" w:cs="Arial"/>
          <w:sz w:val="22"/>
          <w:lang w:val="cs-CZ"/>
        </w:rPr>
        <w:t xml:space="preserve"> </w:t>
      </w:r>
    </w:p>
    <w:p w14:paraId="4B546024" w14:textId="488339DE" w:rsidR="000B4002" w:rsidRPr="00D07257" w:rsidRDefault="000B4002" w:rsidP="000B4002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jméno, popřípadě jména, a příjmení uchazeče a datum jeho narození,</w:t>
      </w:r>
    </w:p>
    <w:p w14:paraId="7EF91207" w14:textId="5FAE92CC" w:rsidR="000B4002" w:rsidRPr="00D07257" w:rsidRDefault="000B4002" w:rsidP="000B4002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státní občanství,</w:t>
      </w:r>
    </w:p>
    <w:p w14:paraId="3435854A" w14:textId="5C2F5763" w:rsidR="000B4002" w:rsidRPr="00D07257" w:rsidRDefault="000B4002" w:rsidP="000B4002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adresa místa trvalého pobytu nebo jiného pobytu na území České republiky anebo adresa bydliště mimo území České republiky,</w:t>
      </w:r>
    </w:p>
    <w:p w14:paraId="04472D58" w14:textId="66307515" w:rsidR="000B4002" w:rsidRPr="00D07257" w:rsidRDefault="000B4002" w:rsidP="000B4002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 xml:space="preserve">identifikační údaje datové schránky nebo adresa elektronické pošty, </w:t>
      </w:r>
    </w:p>
    <w:p w14:paraId="39A34B0E" w14:textId="2121A3F4" w:rsidR="000B4002" w:rsidRPr="00D07257" w:rsidRDefault="000B4002" w:rsidP="000B4002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označení pracovního místa jehož se týká výběrové řízení,</w:t>
      </w:r>
    </w:p>
    <w:p w14:paraId="4230BB2C" w14:textId="6F2AB86E" w:rsidR="000B4002" w:rsidRPr="00D07257" w:rsidRDefault="000B4002" w:rsidP="000B4002">
      <w:p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Přihláška nemusí obsahovat podpis.</w:t>
      </w:r>
    </w:p>
    <w:p w14:paraId="6AB2A4D0" w14:textId="53BB26FD" w:rsidR="00D07257" w:rsidRPr="00D07257" w:rsidRDefault="00D07257" w:rsidP="00D07257">
      <w:p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Písemnosti ve výběrovém řízení jsou doručovány pouze elektronicky, a to do datové schránky nebo na adresu elektronické pošty uvedenou uchazečem v přihlášce v souladu s § 32 zákona č. 195/2026 Sb</w:t>
      </w:r>
      <w:r>
        <w:rPr>
          <w:rFonts w:ascii="Aptos" w:hAnsi="Aptos" w:cs="Arial"/>
          <w:sz w:val="22"/>
          <w:lang w:val="cs-CZ"/>
        </w:rPr>
        <w:t>.,</w:t>
      </w:r>
      <w:r w:rsidRPr="00D07257">
        <w:rPr>
          <w:rFonts w:ascii="Aptos" w:hAnsi="Aptos" w:cs="Arial"/>
          <w:sz w:val="22"/>
          <w:lang w:val="cs-CZ"/>
        </w:rPr>
        <w:t xml:space="preserve"> zákona o státních zaměstnancích.</w:t>
      </w:r>
    </w:p>
    <w:p w14:paraId="4F5318E5" w14:textId="541537AD" w:rsidR="000B4002" w:rsidRPr="00D07257" w:rsidRDefault="000B4002" w:rsidP="000B4002">
      <w:pPr>
        <w:jc w:val="both"/>
        <w:rPr>
          <w:rFonts w:ascii="Aptos" w:hAnsi="Aptos" w:cs="Arial"/>
          <w:b/>
          <w:bCs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K přihlášce se připojí:</w:t>
      </w:r>
    </w:p>
    <w:p w14:paraId="46543D29" w14:textId="0FE4E114" w:rsidR="000B4002" w:rsidRPr="00337534" w:rsidRDefault="000B4002" w:rsidP="00337534">
      <w:pPr>
        <w:pStyle w:val="Seznamsodrkami"/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 xml:space="preserve">profesní </w:t>
      </w:r>
      <w:r w:rsidRPr="00D07257">
        <w:rPr>
          <w:rFonts w:ascii="Aptos" w:hAnsi="Aptos" w:cs="Arial"/>
          <w:b/>
          <w:bCs/>
          <w:sz w:val="22"/>
          <w:lang w:val="cs-CZ"/>
        </w:rPr>
        <w:t>životopis</w:t>
      </w:r>
      <w:r w:rsidR="00337534">
        <w:rPr>
          <w:rFonts w:ascii="Aptos" w:hAnsi="Aptos" w:cs="Arial"/>
          <w:b/>
          <w:bCs/>
          <w:sz w:val="22"/>
          <w:lang w:val="cs-CZ"/>
        </w:rPr>
        <w:t xml:space="preserve"> </w:t>
      </w:r>
      <w:r w:rsidR="00337534" w:rsidRPr="00337534">
        <w:rPr>
          <w:rFonts w:ascii="Aptos" w:hAnsi="Aptos" w:cs="Arial"/>
          <w:sz w:val="22"/>
          <w:lang w:val="cs-CZ"/>
        </w:rPr>
        <w:t>v českém jazyce</w:t>
      </w:r>
      <w:r w:rsidR="00337534">
        <w:rPr>
          <w:rFonts w:ascii="Aptos" w:hAnsi="Aptos" w:cs="Arial"/>
          <w:sz w:val="22"/>
          <w:lang w:val="cs-CZ"/>
        </w:rPr>
        <w:t>,</w:t>
      </w:r>
      <w:r w:rsidRPr="00D07257">
        <w:rPr>
          <w:rFonts w:ascii="Aptos" w:hAnsi="Aptos" w:cs="Arial"/>
          <w:sz w:val="22"/>
          <w:lang w:val="cs-CZ"/>
        </w:rPr>
        <w:t xml:space="preserve"> </w:t>
      </w:r>
      <w:r w:rsidR="00337534" w:rsidRPr="00337534">
        <w:rPr>
          <w:rFonts w:ascii="Aptos" w:hAnsi="Aptos" w:cs="Arial"/>
          <w:sz w:val="22"/>
          <w:lang w:val="cs-CZ"/>
        </w:rPr>
        <w:t>ve kterém budou strukturovaně uvedeny údaje o</w:t>
      </w:r>
      <w:r w:rsidR="00337534">
        <w:rPr>
          <w:rFonts w:ascii="Aptos" w:hAnsi="Aptos" w:cs="Arial"/>
          <w:sz w:val="22"/>
          <w:lang w:val="cs-CZ"/>
        </w:rPr>
        <w:t> </w:t>
      </w:r>
      <w:r w:rsidR="00337534" w:rsidRPr="00337534">
        <w:rPr>
          <w:rFonts w:ascii="Aptos" w:hAnsi="Aptos" w:cs="Arial"/>
          <w:sz w:val="22"/>
          <w:lang w:val="cs-CZ"/>
        </w:rPr>
        <w:t>dosavadních zaměstnáních, odborných</w:t>
      </w:r>
      <w:r w:rsidR="00337534">
        <w:rPr>
          <w:rFonts w:ascii="Aptos" w:hAnsi="Aptos" w:cs="Arial"/>
          <w:sz w:val="22"/>
          <w:lang w:val="cs-CZ"/>
        </w:rPr>
        <w:t xml:space="preserve"> </w:t>
      </w:r>
      <w:r w:rsidR="00337534" w:rsidRPr="00337534">
        <w:rPr>
          <w:rFonts w:ascii="Aptos" w:hAnsi="Aptos" w:cs="Arial"/>
          <w:sz w:val="22"/>
          <w:lang w:val="cs-CZ"/>
        </w:rPr>
        <w:t>znalostech a dovednostech</w:t>
      </w:r>
      <w:r w:rsidRPr="00337534">
        <w:rPr>
          <w:rFonts w:ascii="Aptos" w:hAnsi="Aptos" w:cs="Arial"/>
          <w:sz w:val="22"/>
          <w:lang w:val="cs-CZ"/>
        </w:rPr>
        <w:t>;</w:t>
      </w:r>
    </w:p>
    <w:p w14:paraId="28BB2FD4" w14:textId="77777777" w:rsidR="000B4002" w:rsidRPr="00D07257" w:rsidRDefault="000B4002" w:rsidP="001B74A2">
      <w:pPr>
        <w:pStyle w:val="Seznamsodrkami"/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motivační dopis</w:t>
      </w:r>
      <w:r w:rsidRPr="00D07257">
        <w:rPr>
          <w:rFonts w:ascii="Aptos" w:hAnsi="Aptos" w:cs="Arial"/>
          <w:sz w:val="22"/>
          <w:lang w:val="cs-CZ"/>
        </w:rPr>
        <w:t>;</w:t>
      </w:r>
    </w:p>
    <w:p w14:paraId="6F773F08" w14:textId="0296BB14" w:rsidR="000B4002" w:rsidRPr="00F54BA8" w:rsidRDefault="000B4002" w:rsidP="001B74A2">
      <w:pPr>
        <w:pStyle w:val="Seznamsodrkami"/>
        <w:jc w:val="both"/>
        <w:rPr>
          <w:rFonts w:ascii="Aptos" w:hAnsi="Aptos" w:cs="Arial"/>
          <w:i/>
          <w:iCs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kopii dokladu o nejvyšším dosaženém vzdělání</w:t>
      </w:r>
      <w:r w:rsidRPr="00D07257">
        <w:rPr>
          <w:rFonts w:ascii="Aptos" w:hAnsi="Aptos" w:cs="Arial"/>
          <w:sz w:val="22"/>
          <w:lang w:val="cs-CZ"/>
        </w:rPr>
        <w:t>.</w:t>
      </w:r>
      <w:r w:rsidRPr="00D07257">
        <w:rPr>
          <w:rFonts w:ascii="Aptos" w:hAnsi="Aptos" w:cs="Arial"/>
          <w:sz w:val="22"/>
        </w:rPr>
        <w:t xml:space="preserve"> (</w:t>
      </w:r>
      <w:r w:rsidRPr="00F54BA8">
        <w:rPr>
          <w:rFonts w:ascii="Aptos" w:hAnsi="Aptos" w:cs="Arial"/>
          <w:i/>
          <w:iCs/>
          <w:sz w:val="22"/>
          <w:lang w:val="cs-CZ"/>
        </w:rPr>
        <w:t xml:space="preserve">uchazeč/uchazečka předloží </w:t>
      </w:r>
      <w:r w:rsidR="00A733EF" w:rsidRPr="00F54BA8">
        <w:rPr>
          <w:rFonts w:ascii="Aptos" w:hAnsi="Aptos" w:cs="Arial"/>
          <w:i/>
          <w:iCs/>
          <w:sz w:val="22"/>
          <w:lang w:val="cs-CZ"/>
        </w:rPr>
        <w:t>originál nebo ověřenou kopii dokladu o nejvyšším dosaženém vzdělání výběrové komisi nejpozději před zahájením jejího jednání</w:t>
      </w:r>
      <w:r w:rsidRPr="00F54BA8">
        <w:rPr>
          <w:rFonts w:ascii="Aptos" w:hAnsi="Aptos" w:cs="Arial"/>
          <w:i/>
          <w:iCs/>
          <w:sz w:val="22"/>
          <w:lang w:val="cs-CZ"/>
        </w:rPr>
        <w:t>.)</w:t>
      </w:r>
    </w:p>
    <w:p w14:paraId="3BAF120C" w14:textId="4601D4CB" w:rsidR="000B4002" w:rsidRPr="00D07257" w:rsidRDefault="000B4002" w:rsidP="000B4002">
      <w:pPr>
        <w:jc w:val="both"/>
        <w:rPr>
          <w:rFonts w:ascii="Aptos" w:hAnsi="Aptos" w:cs="Arial"/>
          <w:b/>
          <w:bCs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 xml:space="preserve">Přihlášku s požadovanými přílohami je nutno podat pouze elektronicky nejpozději do </w:t>
      </w:r>
      <w:r w:rsidR="009B2841" w:rsidRPr="007C3B91">
        <w:rPr>
          <w:rFonts w:ascii="Aptos" w:hAnsi="Aptos" w:cs="Arial"/>
          <w:b/>
          <w:bCs/>
          <w:sz w:val="22"/>
          <w:lang w:val="cs-CZ"/>
        </w:rPr>
        <w:t>20</w:t>
      </w:r>
      <w:r w:rsidRPr="007C3B91">
        <w:rPr>
          <w:rFonts w:ascii="Aptos" w:hAnsi="Aptos" w:cs="Arial"/>
          <w:b/>
          <w:bCs/>
          <w:sz w:val="22"/>
          <w:lang w:val="cs-CZ"/>
        </w:rPr>
        <w:t>. listopadu 2026, prostřednictvím:</w:t>
      </w:r>
    </w:p>
    <w:p w14:paraId="374A4E43" w14:textId="73F4D64C" w:rsidR="00D07257" w:rsidRPr="00D07257" w:rsidRDefault="000B4002" w:rsidP="00D07257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9A6494">
        <w:rPr>
          <w:rFonts w:ascii="Aptos" w:hAnsi="Aptos" w:cs="Arial"/>
          <w:sz w:val="22"/>
          <w:lang w:val="cs-CZ"/>
        </w:rPr>
        <w:t>elektronické pošty</w:t>
      </w:r>
      <w:r w:rsidR="007C6EA3" w:rsidRPr="009A6494">
        <w:rPr>
          <w:rFonts w:ascii="Aptos" w:hAnsi="Aptos" w:cs="Arial"/>
          <w:b/>
          <w:bCs/>
          <w:i/>
          <w:iCs/>
          <w:sz w:val="22"/>
          <w:lang w:val="cs-CZ"/>
        </w:rPr>
        <w:t xml:space="preserve">: </w:t>
      </w:r>
      <w:hyperlink r:id="rId12" w:history="1">
        <w:r w:rsidRPr="009A6494">
          <w:rPr>
            <w:rFonts w:ascii="Aptos" w:hAnsi="Aptos" w:cs="Arial"/>
            <w:b/>
            <w:bCs/>
            <w:i/>
            <w:iCs/>
            <w:sz w:val="22"/>
            <w:lang w:val="cs-CZ"/>
          </w:rPr>
          <w:t>reditelstvi@sps.gov.cz</w:t>
        </w:r>
      </w:hyperlink>
      <w:r w:rsidRPr="00D07257">
        <w:rPr>
          <w:rFonts w:ascii="Aptos" w:hAnsi="Aptos" w:cs="Arial"/>
          <w:sz w:val="22"/>
          <w:lang w:val="cs-CZ"/>
        </w:rPr>
        <w:t xml:space="preserve"> nebo</w:t>
      </w:r>
    </w:p>
    <w:p w14:paraId="33676027" w14:textId="3F944C92" w:rsidR="00EB5E25" w:rsidRPr="009A6494" w:rsidRDefault="007C6EA3" w:rsidP="00D07257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b/>
          <w:bCs/>
          <w:i/>
          <w:iCs/>
          <w:sz w:val="22"/>
          <w:lang w:val="cs-CZ"/>
        </w:rPr>
      </w:pPr>
      <w:r w:rsidRPr="009A6494">
        <w:rPr>
          <w:rFonts w:ascii="Aptos" w:hAnsi="Aptos" w:cs="Arial"/>
          <w:sz w:val="22"/>
          <w:lang w:val="cs-CZ"/>
        </w:rPr>
        <w:t xml:space="preserve">datové schránky Státní plavební správy, ID datové schránky: </w:t>
      </w:r>
      <w:r w:rsidRPr="009A6494">
        <w:rPr>
          <w:rFonts w:ascii="Aptos" w:hAnsi="Aptos" w:cs="Arial"/>
          <w:b/>
          <w:bCs/>
          <w:i/>
          <w:iCs/>
          <w:sz w:val="22"/>
          <w:lang w:val="cs-CZ"/>
        </w:rPr>
        <w:t>pwzaih7;</w:t>
      </w:r>
    </w:p>
    <w:p w14:paraId="3E53AD66" w14:textId="697D4214" w:rsidR="007E0F06" w:rsidRPr="00D07257" w:rsidRDefault="00D07257" w:rsidP="007E0F06">
      <w:p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Předmět zprávy prosím označte</w:t>
      </w:r>
      <w:r w:rsidR="007C6EA3" w:rsidRPr="00D07257">
        <w:rPr>
          <w:rFonts w:ascii="Aptos" w:hAnsi="Aptos" w:cs="Arial"/>
          <w:sz w:val="22"/>
          <w:lang w:val="cs-CZ"/>
        </w:rPr>
        <w:t xml:space="preserve"> </w:t>
      </w:r>
      <w:proofErr w:type="gramStart"/>
      <w:r w:rsidR="007C6EA3" w:rsidRPr="00D07257">
        <w:rPr>
          <w:rFonts w:ascii="Aptos" w:hAnsi="Aptos" w:cs="Arial"/>
          <w:sz w:val="22"/>
          <w:lang w:val="cs-CZ"/>
        </w:rPr>
        <w:t>„</w:t>
      </w:r>
      <w:r w:rsidRPr="00D07257">
        <w:rPr>
          <w:rFonts w:ascii="Aptos" w:hAnsi="Aptos" w:cs="Arial"/>
          <w:sz w:val="22"/>
          <w:lang w:val="cs-CZ"/>
        </w:rPr>
        <w:t xml:space="preserve"> </w:t>
      </w:r>
      <w:r w:rsidRPr="00D07257">
        <w:rPr>
          <w:rFonts w:ascii="Aptos" w:hAnsi="Aptos" w:cs="Arial"/>
          <w:b/>
          <w:bCs/>
          <w:sz w:val="22"/>
          <w:lang w:val="cs-CZ"/>
        </w:rPr>
        <w:t>Neotevírat</w:t>
      </w:r>
      <w:proofErr w:type="gramEnd"/>
      <w:r w:rsidRPr="00D07257">
        <w:rPr>
          <w:rFonts w:ascii="Aptos" w:hAnsi="Aptos" w:cs="Arial"/>
          <w:b/>
          <w:bCs/>
          <w:sz w:val="22"/>
          <w:lang w:val="cs-CZ"/>
        </w:rPr>
        <w:t xml:space="preserve"> -</w:t>
      </w:r>
      <w:r w:rsidRPr="00D07257">
        <w:rPr>
          <w:rFonts w:ascii="Aptos" w:hAnsi="Aptos" w:cs="Arial"/>
          <w:sz w:val="22"/>
          <w:lang w:val="cs-CZ"/>
        </w:rPr>
        <w:t xml:space="preserve"> </w:t>
      </w:r>
      <w:r w:rsidR="007C6EA3" w:rsidRPr="00D07257">
        <w:rPr>
          <w:rFonts w:ascii="Aptos" w:hAnsi="Aptos" w:cs="Arial"/>
          <w:b/>
          <w:bCs/>
          <w:sz w:val="22"/>
          <w:lang w:val="cs-CZ"/>
        </w:rPr>
        <w:t xml:space="preserve">Výběrové řízení – referent dokladů </w:t>
      </w:r>
      <w:r w:rsidR="00F54BA8">
        <w:rPr>
          <w:rFonts w:ascii="Aptos" w:hAnsi="Aptos" w:cs="Arial"/>
          <w:b/>
          <w:bCs/>
          <w:sz w:val="22"/>
          <w:lang w:val="cs-CZ"/>
        </w:rPr>
        <w:t>osob</w:t>
      </w:r>
      <w:r w:rsidR="007C6EA3" w:rsidRPr="00D07257">
        <w:rPr>
          <w:rFonts w:ascii="Aptos" w:hAnsi="Aptos" w:cs="Arial"/>
          <w:b/>
          <w:bCs/>
          <w:sz w:val="22"/>
          <w:lang w:val="cs-CZ"/>
        </w:rPr>
        <w:t xml:space="preserve"> Praha“.</w:t>
      </w:r>
      <w:r w:rsidR="007C6EA3" w:rsidRPr="00D07257">
        <w:rPr>
          <w:rFonts w:ascii="Aptos" w:hAnsi="Aptos" w:cs="Arial"/>
          <w:sz w:val="22"/>
          <w:lang w:val="cs-CZ"/>
        </w:rPr>
        <w:t xml:space="preserve"> </w:t>
      </w:r>
    </w:p>
    <w:p w14:paraId="393B4D80" w14:textId="53CBF2CB" w:rsidR="00EB5E25" w:rsidRPr="00D07257" w:rsidRDefault="007C6EA3" w:rsidP="005323EF">
      <w:pPr>
        <w:spacing w:after="0"/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Přihláška bude posouzena podle § 2</w:t>
      </w:r>
      <w:r w:rsidR="009A6494">
        <w:rPr>
          <w:rFonts w:ascii="Aptos" w:hAnsi="Aptos" w:cs="Arial"/>
          <w:sz w:val="22"/>
          <w:lang w:val="cs-CZ"/>
        </w:rPr>
        <w:t>7</w:t>
      </w:r>
      <w:r w:rsidRPr="00D07257">
        <w:rPr>
          <w:rFonts w:ascii="Aptos" w:hAnsi="Aptos" w:cs="Arial"/>
          <w:sz w:val="22"/>
          <w:lang w:val="cs-CZ"/>
        </w:rPr>
        <w:t xml:space="preserve"> zákona č. 195/2026 Sb.</w:t>
      </w:r>
      <w:r w:rsidR="009A6494">
        <w:rPr>
          <w:rFonts w:ascii="Aptos" w:hAnsi="Aptos" w:cs="Arial"/>
          <w:sz w:val="22"/>
          <w:lang w:val="cs-CZ"/>
        </w:rPr>
        <w:t>, zákona o státních zaměstnancích.</w:t>
      </w:r>
      <w:r w:rsidRPr="00D07257">
        <w:rPr>
          <w:rFonts w:ascii="Aptos" w:hAnsi="Aptos" w:cs="Arial"/>
          <w:sz w:val="22"/>
          <w:lang w:val="cs-CZ"/>
        </w:rPr>
        <w:t xml:space="preserve"> Správní úřad vyřadí přihlášku, která nemá požadované náležitosti, byla podána opožděně nebo jiným než stanoveným způsobem, je nesrozumitelná nebo z ní není patrné, kdo ji podal či čeho se domáhá, anebo je zřejmé, že uchazeč nesplňuje stanovené předpoklady a požadavky.</w:t>
      </w:r>
    </w:p>
    <w:p w14:paraId="3318EB16" w14:textId="5216F9E4" w:rsidR="00EB5E25" w:rsidRPr="00D07257" w:rsidRDefault="007C6EA3" w:rsidP="00D07257">
      <w:pPr>
        <w:jc w:val="both"/>
        <w:rPr>
          <w:rFonts w:ascii="Aptos" w:hAnsi="Aptos" w:cs="Arial"/>
          <w:b/>
          <w:bCs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lastRenderedPageBreak/>
        <w:t>Průběh výběrového řízení</w:t>
      </w:r>
    </w:p>
    <w:p w14:paraId="5DFF7EB0" w14:textId="7BAC88F7" w:rsidR="00EB5E25" w:rsidRPr="00D07257" w:rsidRDefault="007C6EA3" w:rsidP="007E0F06">
      <w:p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Uchazeče, jejichž přihlášky nebyly vyřazeny, posoudí výběrová komise v souladu s § 28 až § 30 zákona č. 195/2026 Sb</w:t>
      </w:r>
      <w:r w:rsidR="00D07257" w:rsidRPr="00D07257">
        <w:rPr>
          <w:rFonts w:ascii="Aptos" w:hAnsi="Aptos" w:cs="Arial"/>
          <w:sz w:val="22"/>
          <w:lang w:val="cs-CZ"/>
        </w:rPr>
        <w:t>. o státních zaměstnancích.</w:t>
      </w:r>
      <w:r w:rsidRPr="00D07257">
        <w:rPr>
          <w:rFonts w:ascii="Aptos" w:hAnsi="Aptos" w:cs="Arial"/>
          <w:sz w:val="22"/>
          <w:lang w:val="cs-CZ"/>
        </w:rPr>
        <w:t xml:space="preserve"> </w:t>
      </w:r>
    </w:p>
    <w:p w14:paraId="0EA9D5B6" w14:textId="2CFC8F1E" w:rsidR="00D07257" w:rsidRDefault="00D07257" w:rsidP="00D07257">
      <w:pPr>
        <w:spacing w:after="0"/>
        <w:jc w:val="both"/>
        <w:rPr>
          <w:rFonts w:ascii="Aptos" w:hAnsi="Aptos" w:cs="Arial"/>
          <w:b/>
          <w:bCs/>
          <w:sz w:val="22"/>
          <w:lang w:val="cs-CZ"/>
        </w:rPr>
      </w:pPr>
      <w:r>
        <w:rPr>
          <w:rFonts w:ascii="Aptos" w:hAnsi="Aptos" w:cs="Arial"/>
          <w:b/>
          <w:bCs/>
          <w:sz w:val="22"/>
          <w:lang w:val="cs-CZ"/>
        </w:rPr>
        <w:t>Nabízíme:</w:t>
      </w:r>
    </w:p>
    <w:p w14:paraId="57BD0D6F" w14:textId="6E8B059A" w:rsidR="00D07257" w:rsidRPr="00D07257" w:rsidRDefault="00D07257" w:rsidP="00D07257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pružnou pracovní dobu</w:t>
      </w:r>
      <w:r>
        <w:rPr>
          <w:rFonts w:ascii="Aptos" w:hAnsi="Aptos" w:cs="Arial"/>
          <w:sz w:val="22"/>
          <w:lang w:val="cs-CZ"/>
        </w:rPr>
        <w:t>,</w:t>
      </w:r>
    </w:p>
    <w:p w14:paraId="00196856" w14:textId="470719DA" w:rsidR="00D07257" w:rsidRPr="00D07257" w:rsidRDefault="00D07257" w:rsidP="00D07257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5 týdnů dovolené</w:t>
      </w:r>
      <w:r>
        <w:rPr>
          <w:rFonts w:ascii="Aptos" w:hAnsi="Aptos" w:cs="Arial"/>
          <w:sz w:val="22"/>
          <w:lang w:val="cs-CZ"/>
        </w:rPr>
        <w:t>,</w:t>
      </w:r>
    </w:p>
    <w:p w14:paraId="69C46097" w14:textId="369C7EFF" w:rsidR="00D07257" w:rsidRPr="00D07257" w:rsidRDefault="00806059" w:rsidP="00D07257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7C3B91">
        <w:rPr>
          <w:rFonts w:ascii="Aptos" w:hAnsi="Aptos" w:cs="Arial"/>
          <w:sz w:val="22"/>
          <w:lang w:val="cs-CZ"/>
        </w:rPr>
        <w:t>5</w:t>
      </w:r>
      <w:r w:rsidR="00D07257" w:rsidRPr="00D07257">
        <w:rPr>
          <w:rFonts w:ascii="Aptos" w:hAnsi="Aptos" w:cs="Arial"/>
          <w:sz w:val="22"/>
          <w:lang w:val="cs-CZ"/>
        </w:rPr>
        <w:t xml:space="preserve"> dní indispozičního volna</w:t>
      </w:r>
      <w:r w:rsidR="00D07257">
        <w:rPr>
          <w:rFonts w:ascii="Aptos" w:hAnsi="Aptos" w:cs="Arial"/>
          <w:sz w:val="22"/>
          <w:lang w:val="cs-CZ"/>
        </w:rPr>
        <w:t>,</w:t>
      </w:r>
    </w:p>
    <w:p w14:paraId="2DBA6749" w14:textId="66BEAD08" w:rsidR="00D07257" w:rsidRPr="00D07257" w:rsidRDefault="00D07257" w:rsidP="00D07257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podporu profesního i osobního rozvoje, vstupní a průběžné vzdělávání, mentoring</w:t>
      </w:r>
      <w:r>
        <w:rPr>
          <w:rFonts w:ascii="Aptos" w:hAnsi="Aptos" w:cs="Arial"/>
          <w:sz w:val="22"/>
          <w:lang w:val="cs-CZ"/>
        </w:rPr>
        <w:t>,</w:t>
      </w:r>
    </w:p>
    <w:p w14:paraId="5729D2BA" w14:textId="46EE8D7E" w:rsidR="00D07257" w:rsidRPr="00D07257" w:rsidRDefault="00D07257" w:rsidP="00D07257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>kulturně-vzdělávací akce</w:t>
      </w:r>
      <w:r>
        <w:rPr>
          <w:rFonts w:ascii="Aptos" w:hAnsi="Aptos" w:cs="Arial"/>
          <w:sz w:val="22"/>
          <w:lang w:val="cs-CZ"/>
        </w:rPr>
        <w:t>,</w:t>
      </w:r>
    </w:p>
    <w:p w14:paraId="7A85FB3D" w14:textId="48B6EF98" w:rsidR="00D07257" w:rsidRPr="00D07257" w:rsidRDefault="00D07257" w:rsidP="00D07257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>
        <w:rPr>
          <w:rFonts w:ascii="Aptos" w:hAnsi="Aptos" w:cs="Arial"/>
          <w:sz w:val="22"/>
          <w:lang w:val="cs-CZ"/>
        </w:rPr>
        <w:t>r</w:t>
      </w:r>
      <w:r w:rsidRPr="00D07257">
        <w:rPr>
          <w:rFonts w:ascii="Aptos" w:hAnsi="Aptos" w:cs="Arial"/>
          <w:sz w:val="22"/>
          <w:lang w:val="cs-CZ"/>
        </w:rPr>
        <w:t>ekreační středisko v Lužických horách</w:t>
      </w:r>
      <w:r>
        <w:rPr>
          <w:rFonts w:ascii="Aptos" w:hAnsi="Aptos" w:cs="Arial"/>
          <w:sz w:val="22"/>
          <w:lang w:val="cs-CZ"/>
        </w:rPr>
        <w:t>,</w:t>
      </w:r>
    </w:p>
    <w:p w14:paraId="41850E6C" w14:textId="2D126560" w:rsidR="00D07257" w:rsidRPr="00D07257" w:rsidRDefault="00D07257" w:rsidP="00D07257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 xml:space="preserve">stravování formou elektronické </w:t>
      </w:r>
      <w:proofErr w:type="spellStart"/>
      <w:r w:rsidRPr="00D07257">
        <w:rPr>
          <w:rFonts w:ascii="Aptos" w:hAnsi="Aptos" w:cs="Arial"/>
          <w:sz w:val="22"/>
          <w:lang w:val="cs-CZ"/>
        </w:rPr>
        <w:t>stravenkové</w:t>
      </w:r>
      <w:proofErr w:type="spellEnd"/>
      <w:r w:rsidRPr="00D07257">
        <w:rPr>
          <w:rFonts w:ascii="Aptos" w:hAnsi="Aptos" w:cs="Arial"/>
          <w:sz w:val="22"/>
          <w:lang w:val="cs-CZ"/>
        </w:rPr>
        <w:t xml:space="preserve"> karty a penzijní připojištění</w:t>
      </w:r>
      <w:r>
        <w:rPr>
          <w:rFonts w:ascii="Aptos" w:hAnsi="Aptos" w:cs="Arial"/>
          <w:sz w:val="22"/>
          <w:lang w:val="cs-CZ"/>
        </w:rPr>
        <w:t>,</w:t>
      </w:r>
    </w:p>
    <w:p w14:paraId="0CB96EAF" w14:textId="689853B9" w:rsidR="00D07257" w:rsidRPr="00D07257" w:rsidRDefault="00D07257" w:rsidP="00D07257">
      <w:pPr>
        <w:pStyle w:val="Odstavecseseznamem"/>
        <w:numPr>
          <w:ilvl w:val="0"/>
          <w:numId w:val="10"/>
        </w:numPr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t xml:space="preserve">pracoviště v centru </w:t>
      </w:r>
      <w:proofErr w:type="gramStart"/>
      <w:r w:rsidRPr="00D07257">
        <w:rPr>
          <w:rFonts w:ascii="Aptos" w:hAnsi="Aptos" w:cs="Arial"/>
          <w:sz w:val="22"/>
          <w:lang w:val="cs-CZ"/>
        </w:rPr>
        <w:t>Prahy</w:t>
      </w:r>
      <w:r w:rsidR="009A6494">
        <w:rPr>
          <w:rFonts w:ascii="Aptos" w:hAnsi="Aptos" w:cs="Arial"/>
          <w:sz w:val="22"/>
          <w:lang w:val="cs-CZ"/>
        </w:rPr>
        <w:t xml:space="preserve"> - Holešovicích</w:t>
      </w:r>
      <w:proofErr w:type="gramEnd"/>
      <w:r w:rsidRPr="00D07257">
        <w:rPr>
          <w:rFonts w:ascii="Aptos" w:hAnsi="Aptos" w:cs="Arial"/>
          <w:sz w:val="22"/>
          <w:lang w:val="cs-CZ"/>
        </w:rPr>
        <w:t xml:space="preserve"> s výbornou dostupností</w:t>
      </w:r>
      <w:r>
        <w:rPr>
          <w:rFonts w:ascii="Aptos" w:hAnsi="Aptos" w:cs="Arial"/>
          <w:sz w:val="22"/>
          <w:lang w:val="cs-CZ"/>
        </w:rPr>
        <w:t>.</w:t>
      </w:r>
    </w:p>
    <w:p w14:paraId="36669FD8" w14:textId="77777777" w:rsidR="00D07257" w:rsidRDefault="00D07257" w:rsidP="00D07257">
      <w:pPr>
        <w:spacing w:after="0"/>
        <w:jc w:val="both"/>
        <w:rPr>
          <w:rFonts w:ascii="Aptos" w:hAnsi="Aptos" w:cs="Arial"/>
          <w:b/>
          <w:bCs/>
          <w:sz w:val="22"/>
          <w:lang w:val="cs-CZ"/>
        </w:rPr>
      </w:pPr>
    </w:p>
    <w:p w14:paraId="5862478A" w14:textId="24784E75" w:rsidR="00D07257" w:rsidRPr="00D07257" w:rsidRDefault="00D07257" w:rsidP="00D07257">
      <w:pPr>
        <w:spacing w:after="0"/>
        <w:jc w:val="both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b/>
          <w:bCs/>
          <w:sz w:val="22"/>
          <w:lang w:val="cs-CZ"/>
        </w:rPr>
        <w:t>Kontaktní osoba:</w:t>
      </w:r>
      <w:r w:rsidRPr="00D07257">
        <w:rPr>
          <w:rFonts w:ascii="Aptos" w:hAnsi="Aptos" w:cs="Arial"/>
          <w:sz w:val="22"/>
          <w:lang w:val="cs-CZ"/>
        </w:rPr>
        <w:t xml:space="preserve"> Ing. Sabina Cinková, e-mail: sabina.cinkova@sps.gov.cz, tel.: 702 099 269.</w:t>
      </w:r>
    </w:p>
    <w:p w14:paraId="39E22E14" w14:textId="49DCEA71" w:rsidR="00EB5E25" w:rsidRPr="00D07257" w:rsidRDefault="007C6EA3" w:rsidP="00D07257">
      <w:pPr>
        <w:ind w:left="6480"/>
        <w:rPr>
          <w:rFonts w:ascii="Aptos" w:hAnsi="Aptos" w:cs="Arial"/>
          <w:sz w:val="22"/>
          <w:lang w:val="cs-CZ"/>
        </w:rPr>
      </w:pPr>
      <w:r w:rsidRPr="00D07257">
        <w:rPr>
          <w:rFonts w:ascii="Aptos" w:hAnsi="Aptos" w:cs="Arial"/>
          <w:sz w:val="22"/>
          <w:lang w:val="cs-CZ"/>
        </w:rPr>
        <w:br/>
      </w:r>
      <w:r w:rsidRPr="00D07257">
        <w:rPr>
          <w:rFonts w:ascii="Aptos" w:hAnsi="Aptos" w:cs="Arial"/>
          <w:sz w:val="22"/>
          <w:lang w:val="cs-CZ"/>
        </w:rPr>
        <w:br/>
        <w:t>Mgr. Klára Kroupa Němcová v. r.</w:t>
      </w:r>
      <w:r w:rsidRPr="00D07257">
        <w:rPr>
          <w:rFonts w:ascii="Aptos" w:hAnsi="Aptos" w:cs="Arial"/>
          <w:sz w:val="22"/>
          <w:lang w:val="cs-CZ"/>
        </w:rPr>
        <w:br/>
      </w:r>
      <w:r w:rsidR="00D07257">
        <w:rPr>
          <w:rFonts w:ascii="Aptos" w:hAnsi="Aptos" w:cs="Arial"/>
          <w:sz w:val="22"/>
          <w:lang w:val="cs-CZ"/>
        </w:rPr>
        <w:t xml:space="preserve">        </w:t>
      </w:r>
      <w:r w:rsidRPr="00D07257">
        <w:rPr>
          <w:rFonts w:ascii="Aptos" w:hAnsi="Aptos" w:cs="Arial"/>
          <w:sz w:val="22"/>
          <w:lang w:val="cs-CZ"/>
        </w:rPr>
        <w:t>vedoucí správního úřadu</w:t>
      </w:r>
      <w:r w:rsidRPr="00D07257">
        <w:rPr>
          <w:rFonts w:ascii="Aptos" w:hAnsi="Aptos" w:cs="Arial"/>
          <w:sz w:val="22"/>
          <w:lang w:val="cs-CZ"/>
        </w:rPr>
        <w:br/>
        <w:t>ředitelka Státní plavební správy</w:t>
      </w:r>
    </w:p>
    <w:sectPr w:rsidR="00EB5E25" w:rsidRPr="00D07257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11AEC" w14:textId="77777777" w:rsidR="00B175A4" w:rsidRDefault="00B175A4">
      <w:pPr>
        <w:spacing w:after="0" w:line="240" w:lineRule="auto"/>
      </w:pPr>
      <w:r>
        <w:separator/>
      </w:r>
    </w:p>
  </w:endnote>
  <w:endnote w:type="continuationSeparator" w:id="0">
    <w:p w14:paraId="1481117A" w14:textId="77777777" w:rsidR="00B175A4" w:rsidRDefault="00B17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05B90" w14:textId="77777777" w:rsidR="00B175A4" w:rsidRDefault="00B175A4">
      <w:pPr>
        <w:spacing w:after="0" w:line="240" w:lineRule="auto"/>
      </w:pPr>
      <w:r>
        <w:separator/>
      </w:r>
    </w:p>
  </w:footnote>
  <w:footnote w:type="continuationSeparator" w:id="0">
    <w:p w14:paraId="677BF6FA" w14:textId="77777777" w:rsidR="00B175A4" w:rsidRDefault="00B17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69A0BCE"/>
    <w:lvl w:ilvl="0">
      <w:start w:val="1"/>
      <w:numFmt w:val="bullet"/>
      <w:pStyle w:val="Seznamsodrkami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9" w15:restartNumberingAfterBreak="0">
    <w:nsid w:val="1CEE06E8"/>
    <w:multiLevelType w:val="hybridMultilevel"/>
    <w:tmpl w:val="30E8842A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D7661DD"/>
    <w:multiLevelType w:val="hybridMultilevel"/>
    <w:tmpl w:val="5D3C49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5D1C64"/>
    <w:multiLevelType w:val="hybridMultilevel"/>
    <w:tmpl w:val="AF9801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F34F1"/>
    <w:multiLevelType w:val="hybridMultilevel"/>
    <w:tmpl w:val="8A4859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683751">
    <w:abstractNumId w:val="8"/>
  </w:num>
  <w:num w:numId="2" w16cid:durableId="51776897">
    <w:abstractNumId w:val="6"/>
  </w:num>
  <w:num w:numId="3" w16cid:durableId="1847671741">
    <w:abstractNumId w:val="5"/>
  </w:num>
  <w:num w:numId="4" w16cid:durableId="789054555">
    <w:abstractNumId w:val="4"/>
  </w:num>
  <w:num w:numId="5" w16cid:durableId="1250427187">
    <w:abstractNumId w:val="7"/>
  </w:num>
  <w:num w:numId="6" w16cid:durableId="1333487932">
    <w:abstractNumId w:val="3"/>
  </w:num>
  <w:num w:numId="7" w16cid:durableId="2104373561">
    <w:abstractNumId w:val="2"/>
  </w:num>
  <w:num w:numId="8" w16cid:durableId="688797933">
    <w:abstractNumId w:val="1"/>
  </w:num>
  <w:num w:numId="9" w16cid:durableId="1614676982">
    <w:abstractNumId w:val="0"/>
  </w:num>
  <w:num w:numId="10" w16cid:durableId="938023829">
    <w:abstractNumId w:val="11"/>
  </w:num>
  <w:num w:numId="11" w16cid:durableId="1254245595">
    <w:abstractNumId w:val="10"/>
  </w:num>
  <w:num w:numId="12" w16cid:durableId="505486800">
    <w:abstractNumId w:val="8"/>
  </w:num>
  <w:num w:numId="13" w16cid:durableId="498039888">
    <w:abstractNumId w:val="8"/>
  </w:num>
  <w:num w:numId="14" w16cid:durableId="1163543973">
    <w:abstractNumId w:val="8"/>
  </w:num>
  <w:num w:numId="15" w16cid:durableId="1707559857">
    <w:abstractNumId w:val="9"/>
  </w:num>
  <w:num w:numId="16" w16cid:durableId="21029455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002"/>
    <w:rsid w:val="000D0CF9"/>
    <w:rsid w:val="0015074B"/>
    <w:rsid w:val="001B74A2"/>
    <w:rsid w:val="00211685"/>
    <w:rsid w:val="00214E68"/>
    <w:rsid w:val="002175AB"/>
    <w:rsid w:val="0029639D"/>
    <w:rsid w:val="002F4127"/>
    <w:rsid w:val="00326F90"/>
    <w:rsid w:val="00337534"/>
    <w:rsid w:val="0034084B"/>
    <w:rsid w:val="004A5DCD"/>
    <w:rsid w:val="005323EF"/>
    <w:rsid w:val="00562E28"/>
    <w:rsid w:val="00585D7C"/>
    <w:rsid w:val="00590412"/>
    <w:rsid w:val="00623008"/>
    <w:rsid w:val="00694C8C"/>
    <w:rsid w:val="00764B7F"/>
    <w:rsid w:val="007C3B91"/>
    <w:rsid w:val="007C6EA3"/>
    <w:rsid w:val="007D417F"/>
    <w:rsid w:val="007E0F06"/>
    <w:rsid w:val="007E4B5B"/>
    <w:rsid w:val="007F00AC"/>
    <w:rsid w:val="00806059"/>
    <w:rsid w:val="00845082"/>
    <w:rsid w:val="008E6053"/>
    <w:rsid w:val="009A6494"/>
    <w:rsid w:val="009B2841"/>
    <w:rsid w:val="009F3518"/>
    <w:rsid w:val="00A57849"/>
    <w:rsid w:val="00A733EF"/>
    <w:rsid w:val="00AA1D8D"/>
    <w:rsid w:val="00B175A4"/>
    <w:rsid w:val="00B47730"/>
    <w:rsid w:val="00BF4E5C"/>
    <w:rsid w:val="00CB0664"/>
    <w:rsid w:val="00CE4B2E"/>
    <w:rsid w:val="00CE750F"/>
    <w:rsid w:val="00D07257"/>
    <w:rsid w:val="00E47110"/>
    <w:rsid w:val="00E93753"/>
    <w:rsid w:val="00EB5E25"/>
    <w:rsid w:val="00F54BA8"/>
    <w:rsid w:val="00F74328"/>
    <w:rsid w:val="00FA27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BE6524"/>
  <w14:defaultImageDpi w14:val="330"/>
  <w15:docId w15:val="{5B5C59BC-B723-47C9-8D27-C6562C51B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eastAsia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0B400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B400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B4002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211685"/>
    <w:pPr>
      <w:spacing w:after="0" w:line="240" w:lineRule="auto"/>
    </w:pPr>
    <w:rPr>
      <w:rFonts w:ascii="Arial" w:eastAsia="Arial" w:hAnsi="Arial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7F00A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00AC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00AC"/>
    <w:rPr>
      <w:rFonts w:ascii="Arial" w:eastAsia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00A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00AC"/>
    <w:rPr>
      <w:rFonts w:ascii="Arial" w:eastAsia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ditelstvi@sps.gov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lada.gov.cz/assets/Statni_sluzba/Dokumenty/metodicke_pokyny/261101---Podminky-vykonu-prace-ve-spravnich-uradech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F23747F8F2B47A5BCB7FC745003D2" ma:contentTypeVersion="5" ma:contentTypeDescription="Create a new document." ma:contentTypeScope="" ma:versionID="eb346842abb2082d912c1dbf98c10d5f">
  <xsd:schema xmlns:xsd="http://www.w3.org/2001/XMLSchema" xmlns:xs="http://www.w3.org/2001/XMLSchema" xmlns:p="http://schemas.microsoft.com/office/2006/metadata/properties" xmlns:ns3="2c020c65-e53d-4cb7-864f-2941cd66d7f6" targetNamespace="http://schemas.microsoft.com/office/2006/metadata/properties" ma:root="true" ma:fieldsID="f7e53643941ba6281c54efa28e452b7b" ns3:_="">
    <xsd:import namespace="2c020c65-e53d-4cb7-864f-2941cd66d7f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20c65-e53d-4cb7-864f-2941cd66d7f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C3F288-9C81-436D-8D32-4A8C85C9F2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020c65-e53d-4cb7-864f-2941cd66d7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EF151-7503-4D62-BBAE-F298B50066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0E0BF0-11AC-4178-A1F5-BFA7056755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755</Words>
  <Characters>4461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Sabina Cinková</cp:lastModifiedBy>
  <cp:revision>6</cp:revision>
  <cp:lastPrinted>2026-11-03T06:19:00Z</cp:lastPrinted>
  <dcterms:created xsi:type="dcterms:W3CDTF">2026-11-02T08:39:00Z</dcterms:created>
  <dcterms:modified xsi:type="dcterms:W3CDTF">2026-11-03T06:19:00Z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0x0101006FDF23747F8F2B47A5BCB7FC745003D2</vt:lpwstr>
  </property>
</Properties>
</file>